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查询视频播放密码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1、通过视频id查询视频播放密码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http://api.polyv.net/v2/video/{userid}/video-setting-page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视频id，多个用英文逗号隔开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http://api.polyv.net/v2/video/1b448be323/video-setting-page?vids=1b448be323b452641878b54f21241188_1&amp;sign=1304532D24F75B2209D2B3D7BE62722265E6D21B&amp;ptime=1618281315107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响应成功时返回视频播放密码信息【详见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问卷调查【详见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questionnaire字段说明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isShowPassword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是否显示密码true：显示密码false：不显示密码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videoPool字段说明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访客信息收集id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questionnaire参数描述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访客信息收集id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videoPool参数描述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视频扩展信息【详见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videoPoolExt字段说明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首发外链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videoPoolExt参数描述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视频密码，为空则表示没有密码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序号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找不到writetoken关联的user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文件为空或者writetoken为空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提交的json名字JSONRPC为null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提交文件格式不正确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readtoken为空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分页输入出错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7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找不到方法名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LoggerFactory.getLogger(PasswordTest.class);</w:t>
        <w:br/>
        <w:t>/**</w:t>
        <w:br/>
        <w:t xml:space="preserve"> * 查询视频播放密码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testGetVideoPassword()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"http://api.polyv.net/v2/video/"+userId+"/video-setting-page";</w:t>
        <w:br/>
        <w:t xml:space="preserve">    String vids = "1b448be323b452641878b54f21241188_1";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requestMap.put("vids", vids);</w:t>
        <w:br/>
        <w:t xml:space="preserve">    requestMap.put("sign", VodSignUtil.getSign(requestMap, secretKey));</w:t>
        <w:br/>
        <w:t xml:space="preserve">    String response = HttpUtil.get(url,requestMap);</w:t>
        <w:br/>
        <w:t xml:space="preserve">    log.debug("测试查询视频播放密码,{}",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"data":{</w:t>
        <w:br/>
        <w:t xml:space="preserve">        "questionnaire":{</w:t>
        <w:br/>
        <w:t xml:space="preserve">            "qid":""</w:t>
        <w:br/>
        <w:t xml:space="preserve">        },</w:t>
        <w:br/>
        <w:t xml:space="preserve">        "isShowPassword":false,</w:t>
        <w:br/>
        <w:t xml:space="preserve">        "vids":"1b448be323b452641878b54f21241188_1",</w:t>
        <w:br/>
        <w:t xml:space="preserve">        "videoPool":{</w:t>
        <w:br/>
        <w:t xml:space="preserve">            "describ":"美食",</w:t>
        <w:br/>
        <w:t xml:space="preserve">            "videoPoolExt":{</w:t>
        <w:br/>
        <w:t xml:space="preserve">                "password":"123456"</w:t>
        <w:br/>
        <w:t xml:space="preserve">            },</w:t>
        <w:br/>
        <w:t xml:space="preserve">            "tag":"合并美食",</w:t>
        <w:br/>
        <w:t xml:space="preserve">            "title":"合并美食视频",</w:t>
        <w:br/>
        <w:t xml:space="preserve">            "publishUrl":""</w:t>
        <w:br/>
        <w:t xml:space="preserve">        },</w:t>
        <w:br/>
        <w:t xml:space="preserve">        "qid":""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"message":"vids为空.",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查询视频播放密码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