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查询账号的加密设置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1、查询用户账号下的加密设置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http://api.polyv.net/v2/setting/{userid}/get-playsafe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http://api.polyv.net/v2/setting/1b448be323/get-playsafe?sign=3F36EB09AEF45684A42B1870F33D5C1B11009559&amp;ptime=1617699566988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响应成功时返回账号加密信息【详见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encrypt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是否开启加密1：开启0：关闭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hlslevel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视频加密设置open: 非加密授权web: WEB授权app: APP授权wxa_app：小程序授权</w:t>
            </w:r>
          </w:p>
        </w:tc>
      </w:tr>
    </w:tbl>
    <w:p>
      <w:pPr>
        <w:spacing w:after="40"/>
      </w:pPr>
    </w:p>
    <w:p>
      <w:pPr>
        <w:pStyle w:val="Heading3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LoggerFactory.getLogger(VodVideoEncryptionTest.class);</w:t>
        <w:br/>
        <w:br/>
        <w:t xml:space="preserve"> /**</w:t>
        <w:br/>
        <w:t xml:space="preserve">  * 获取账号加密设置</w:t>
        <w:br/>
        <w:t xml:space="preserve">  */</w:t>
        <w:br/>
        <w:t xml:space="preserve"> @Test</w:t>
        <w:br/>
        <w:t xml:space="preserve"> public void testGetPlaysafe() throws Exception, NoSuchAlgorithmException {</w:t>
        <w:br/>
        <w:t xml:space="preserve">     //公共参数,填写自己的实际参数</w:t>
        <w:br/>
        <w:t xml:space="preserve">     String secretKey = super.secretKey;</w:t>
        <w:br/>
        <w:t xml:space="preserve">     String userId = super.userId;</w:t>
        <w:br/>
        <w:t xml:space="preserve">     String ptime = String.valueOf(System.currentTimeMillis());</w:t>
        <w:br/>
        <w:t xml:space="preserve">     //业务参数</w:t>
        <w:br/>
        <w:t xml:space="preserve">     String url = String.format("http://api.polyv.net/v2/setting/%s/get-playsafe", userId);</w:t>
        <w:br/>
        <w:br/>
        <w:t xml:space="preserve">     Map&lt;String, String&gt; requestMap = new HashMap&lt;&gt;();</w:t>
        <w:br/>
        <w:t xml:space="preserve">     requestMap.put("ptime", ptime);</w:t>
        <w:br/>
        <w:t xml:space="preserve">     requestMap.put("sign", VodSignUtil.getSign(requestMap, secretKey));</w:t>
        <w:br/>
        <w:br/>
        <w:t xml:space="preserve">     String response = HttpUtil.get(url, requestMap);</w:t>
        <w:br/>
        <w:t xml:space="preserve">     log.debug("测试获取账号加密设置，{}", response);</w:t>
        <w:br/>
        <w:t xml:space="preserve">     //do somethings</w:t>
        <w:br/>
        <w:t xml:space="preserve">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{</w:t>
        <w:br/>
        <w:tab/>
        <w:tab/>
        <w:t>"encrypt": "1",</w:t>
        <w:br/>
        <w:tab/>
        <w:tab/>
        <w:t>"hlslevel": "open"</w:t>
        <w:br/>
        <w:tab/>
        <w:t>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{</w:t>
        <w:br/>
        <w:tab/>
        <w:t>"code": 400,</w:t>
        <w:br/>
        <w:tab/>
        <w:t>"status": "error",</w:t>
        <w:br/>
        <w:tab/>
        <w:t>"message": "ptime is too old.",</w:t>
        <w:br/>
        <w:tab/>
        <w:t>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查询账号的加密设置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