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设置播放域名限制规则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1、设置播放域名的限制规则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http://api.polyv.net/v2/play/{userid}/domain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settingType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域名限制类型0：无域名限制1：黑名单2：白名单3：白名单和黑名单复合限制（先判断白名单，再判断黑名单）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域名配置，多个域名以英文逗号分隔，此参数仅在请求参数settingType值为1和2时且不为null时有效，最多设置5个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http://api.polyv.net/v2/play/1b448be323/domain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host=www.baidu.com&amp;sign=0DD842813DBE070805BFB6A806F3A813705DFB86&amp;ptime=1620635007028&amp;settingType=2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响应成功时返回修改成功.，响应失败时返回空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LoggerFactory.getLogger(VodVideoDomainRestrictTest.class);</w:t>
        <w:br/>
        <w:t>/**</w:t>
        <w:br/>
        <w:t xml:space="preserve"> * 设置播放域名限制规则</w:t>
        <w:br/>
        <w:t xml:space="preserve"> */</w:t>
        <w:br/>
        <w:t>@Test</w:t>
        <w:br/>
        <w:t>public void testSetDomainRestrictRule() throws Exception, NoSuchAlgorithmException {</w:t>
        <w:br/>
        <w:t xml:space="preserve">        //业务参数</w:t>
        <w:br/>
        <w:t xml:space="preserve">        String url = "http://v.polyv.net/uc/services/rest?method=saveHostSetting_type";</w:t>
        <w:br/>
        <w:t xml:space="preserve">        String writeToken = super.writeToken;</w:t>
        <w:br/>
        <w:t xml:space="preserve">        String settingType = "2";</w:t>
        <w:br/>
        <w:br/>
        <w:t xml:space="preserve">        Map&lt;String, String&gt; requestMap = new HashMap&lt;&gt;();</w:t>
        <w:br/>
        <w:t xml:space="preserve">        requestMap.put("writetoken", writeToken);</w:t>
        <w:br/>
        <w:t xml:space="preserve">        requestMap.put("settingType", settingType);</w:t>
        <w:br/>
        <w:t xml:space="preserve">        String response = HttpUtil.postFormBody(url, requestMap);</w:t>
        <w:br/>
        <w:t xml:space="preserve">        log.debug("测试设置播放域名限制规则,{}", response);</w:t>
        <w:br/>
        <w:t xml:space="preserve">    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"修改成功."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"message":"the sign is not right",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"code":400,</w:t>
        <w:br/>
        <w:t xml:space="preserve">    "status":"error",</w:t>
        <w:br/>
        <w:t xml:space="preserve">    "message":"ptime is too old.",</w:t>
        <w:br/>
        <w:t xml:space="preserve">  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设置播放域名限制规则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