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设置播放域名黑白名单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1、设置播放域名为黑名单或者白名单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http://v.polyv.net/uc/services/rest?method=saveHostUrl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writetoken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POLYV用户的点播写密钥，和保利威官网一致，获取路径：官网-&gt;登录-&gt;云点播（api接口）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host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host字符串，用英文逗号隔开，例如：</w:t>
            </w:r>
            <w:r>
              <w:rPr>
                <w:rFonts w:ascii="Menlo" w:hAnsi="Menlo"/>
                <w:color w:val="444444"/>
                <w:sz w:val="17"/>
              </w:rPr>
              <w:t>www.baidu.com,www.163.com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settingType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设置类型1：黑名单2：白名单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http://v.polyv.net/uc/services/rest?method=saveHostUrl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writetoken=f9810825-7512-476d-95ec-9ff2968df5de&amp;host=www.baidu.com&amp;settingType=2</w:t>
        <w:br/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请求成功返回0，请求失败返回错误代码【详见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返回错误代码列表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返回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找不到writetoken关联的user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文件为空或者writetoken为空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提交的json名字JSONRPC为null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提交文件格式不正确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readtoken为空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6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分页输入出错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7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vid不能为空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8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找不到方法名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LoggerFactory.getLogger(VodVideoDomainRestrictTest.class);</w:t>
        <w:br/>
        <w:br/>
        <w:t>/**</w:t>
        <w:br/>
        <w:t xml:space="preserve"> * 设置播放域名黑白名单</w:t>
        <w:br/>
        <w:t xml:space="preserve"> */</w:t>
        <w:br/>
        <w:t>@Test</w:t>
        <w:br/>
        <w:t>public void testSetDomainRestrict() throws Exception, NoSuchAlgorithmException {</w:t>
        <w:br/>
        <w:t xml:space="preserve">        //业务参数</w:t>
        <w:br/>
        <w:t xml:space="preserve">        String url = "http://v.polyv.net/uc/services/rest?method=saveHostUrl";</w:t>
        <w:br/>
        <w:t xml:space="preserve">        String writeToken = super.writeToken;</w:t>
        <w:br/>
        <w:t xml:space="preserve">        String host = "www.baidu.com";</w:t>
        <w:br/>
        <w:t xml:space="preserve">        String settingType = "2";</w:t>
        <w:br/>
        <w:br/>
        <w:t xml:space="preserve">        Map&lt;String, String&gt; requestMap = new HashMap&lt;&gt;();</w:t>
        <w:br/>
        <w:t xml:space="preserve">        requestMap.put("writetoken", writeToken);</w:t>
        <w:br/>
        <w:t xml:space="preserve">        requestMap.put("host", host);</w:t>
        <w:br/>
        <w:t xml:space="preserve">        requestMap.put("settingType", settingType);</w:t>
        <w:br/>
        <w:t xml:space="preserve">        String response = HttpUtil.postFormBody(url, requestMap);</w:t>
        <w:br/>
        <w:t xml:space="preserve">        log.debug("测试设置播放域名黑白名单,{}", response);</w:t>
        <w:br/>
        <w:t xml:space="preserve">        //do somethings</w:t>
        <w:br/>
        <w:t>}</w:t>
        <w:br/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"error": "0"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"error": "2"</w:t>
        <w:br/>
        <w:t>}</w:t>
        <w:br/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设置播放域名黑白名单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