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查询播放域名限制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1、查询播放域名的限制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http://api.polyv.net/v2/play/{userid}/domain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http://api.polyv.net/v2/play/1b448be323/domain?sign=817F704343C8E599BD84DF39451E9394F609B470&amp;ptime=1620632165194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响应成功时返回播放域名限制信息【详见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保利威点播账户id，例如：1b448be323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域名限制类型0：无域名限制1：黑名单2：白名单3：白名单和黑名单复合限制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enableHost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可以播放的域名（白名单），多个域名以英文逗号分隔，在请求参数settingType = 2时有效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disableHost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禁止播放的域名（黑名单），多个域名以英文逗号分隔，在请求参数settingType = 1时有效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LoggerFactory.getLogger(VodVideoDomainRestrictTest.class);</w:t>
        <w:br/>
        <w:t>/**</w:t>
        <w:br/>
        <w:t xml:space="preserve"> * 查询播放域名限制</w:t>
        <w:br/>
        <w:t xml:space="preserve"> */</w:t>
        <w:br/>
        <w:t>@Test</w:t>
        <w:br/>
        <w:t>public void testGetDomainRestrictSetting()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String.format("http://api.polyv.net/v2/play/%s/domain",userId);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requestMap.put("sign", VodSignUtil.getSign(requestMap, secretKey));</w:t>
        <w:br/>
        <w:t xml:space="preserve">    String response = HttpUtil.get(url, requestMap);</w:t>
        <w:br/>
        <w:br/>
        <w:t xml:space="preserve">    log.debug("测试查询播放域名限制,{}",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"userid": "1b448be323",</w:t>
        <w:br/>
        <w:tab/>
        <w:tab/>
        <w:t>"settingType": 1,</w:t>
        <w:br/>
        <w:tab/>
        <w:tab/>
        <w:t>"enableHost": "",</w:t>
        <w:br/>
        <w:tab/>
        <w:tab/>
        <w:t>"disableHost": "www.baidu.com"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"message":"the sign is not right",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"message":"ptime is too old.",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查询播放域名限制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