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查询播放器列表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查询账号下的全部播放器信息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http://api.polyv.net/v2/player/list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http://api.polyv.net/v2/player/list?userid=abcde12345sign=F809B946258A112A78627A832B1F6A7D&amp;ptime=1617845463779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响应成功时返回播放器列表信息【详见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播放器id，例如"1b448be323"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isDefault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是否是默认播放器，1：是，0：否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updateTime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最后更新时间，例如 "2025-02-18 14:51:36"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播放器的皮肤设置信息，详见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skin字段说明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播放器的logo设置信息，详见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logo字段说明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teaserTrailer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播放器的片头片尾设置信息，详见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teaserTrailer字段说明</w:t>
            </w:r>
          </w:p>
        </w:tc>
      </w:tr>
    </w:tbl>
    <w:p>
      <w:pPr>
        <w:spacing w:after="40"/>
      </w:pPr>
    </w:p>
    <w:p>
      <w:pPr>
        <w:pStyle w:val="Heading3"/>
      </w:pPr>
      <w:r>
        <w:t>skin字段说明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skinTheme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皮肤主题skin_blue: 简雅黑skin_gold: 高贵金skin_green: 清新绿skin_red: 活力红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skinColor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皮肤颜色，例如 "#03a9f4"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skinColorApplyType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皮肤颜色应用类型panel: 面板control: 控制栏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skinControlLocation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控制栏位置0: 不显示1: 视频内2: 视频外</w:t>
            </w:r>
          </w:p>
        </w:tc>
      </w:tr>
    </w:tbl>
    <w:p>
      <w:pPr>
        <w:spacing w:after="40"/>
      </w:pPr>
    </w:p>
    <w:p>
      <w:pPr>
        <w:pStyle w:val="Heading3"/>
      </w:pPr>
      <w:r>
        <w:t>logo字段说明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logoLinkUrl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logo点击跳转地址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logo不透明度，0~100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logoDisplayLocation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logo显示位置0: 不显示1: 左上角2: 右上角3: 左下角4:右下角</w:t>
            </w:r>
          </w:p>
        </w:tc>
      </w:tr>
    </w:tbl>
    <w:p>
      <w:pPr>
        <w:spacing w:after="40"/>
      </w:pPr>
    </w:p>
    <w:p>
      <w:pPr>
        <w:pStyle w:val="Heading3"/>
      </w:pPr>
      <w:r>
        <w:t>teaserTrailer字段说明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是否显示片头，1：显示，0：不显示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teaserMediaUrl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片头视频或图片地址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teaserPlayTime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片头播放时长（秒）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trailerShow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是否显示片尾，1：显示，0：不显示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trailerMediaUrl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片尾视频或图片地址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trailerPlayTime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片尾播放时长（秒）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LoggerFactory.getLogger(VodVideoPlayerTest.class);</w:t>
        <w:br/>
        <w:br/>
        <w:t>/**</w:t>
        <w:br/>
        <w:t xml:space="preserve"> * 查询播放器列表</w:t>
        <w:br/>
        <w:t xml:space="preserve"> */</w:t>
        <w:br/>
        <w:t>@Test</w:t>
        <w:br/>
        <w:t>public void testPlayerList() throws Exception, NoSuchAlgorithmException {</w:t>
        <w:br/>
        <w:t xml:space="preserve">        //公共参数,填写自己的实际参数</w:t>
        <w:br/>
        <w:t xml:space="preserve">        String secretKey = "xxx";</w:t>
        <w:br/>
        <w:t xml:space="preserve">        String userid = "xxx";</w:t>
        <w:br/>
        <w:t xml:space="preserve">        String ptime = String.valueOf(System.currentTimeMillis());</w:t>
        <w:br/>
        <w:t xml:space="preserve">        String url = "http://api.polyv.net/v2/player/list";</w:t>
        <w:br/>
        <w:br/>
        <w:t xml:space="preserve">        Map&lt;String, String&gt; requestMap = new HashMap&lt;&gt;();</w:t>
        <w:br/>
        <w:t xml:space="preserve">        requestMap.put("userid", userid);</w:t>
        <w:br/>
        <w:t xml:space="preserve">        requestMap.put("ptime", ptime);</w:t>
        <w:br/>
        <w:t xml:space="preserve">        requestMap.put("sign", VodSignUtil.getSign(requestMap, secretKey));</w:t>
        <w:br/>
        <w:t xml:space="preserve">        String response = HttpUtil.get(url, requestMap);</w:t>
        <w:br/>
        <w:t xml:space="preserve">        log.debug("测试查询播放器列表,{}", response);</w:t>
        <w:br/>
        <w:t xml:space="preserve">        //do something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[</w:t>
        <w:br/>
        <w:t xml:space="preserve">        {</w:t>
        <w:br/>
        <w:t xml:space="preserve">            "playerId": "abcde12345",</w:t>
        <w:br/>
        <w:t xml:space="preserve">            "playerName": "默认播放器",</w:t>
        <w:br/>
        <w:t xml:space="preserve">            "isDefault": 1,</w:t>
        <w:br/>
        <w:t xml:space="preserve">            "updateTime": "2025-02-18 14:51:36",</w:t>
        <w:br/>
        <w:t xml:space="preserve">            "skin": {</w:t>
        <w:br/>
        <w:t xml:space="preserve">                "skinTheme": "skin_red",</w:t>
        <w:br/>
        <w:t xml:space="preserve">                "skinColor": "#d1d1d1",</w:t>
        <w:br/>
        <w:t xml:space="preserve">                "skinColorApplyType": "panel",</w:t>
        <w:br/>
        <w:t xml:space="preserve">                "skinControlLocation": 2</w:t>
        <w:br/>
        <w:t xml:space="preserve">            },</w:t>
        <w:br/>
        <w:t xml:space="preserve">            "logo": {</w:t>
        <w:br/>
        <w:t xml:space="preserve">                "logoImageUrl": "https://img.videocc.net/xxx.jpg",</w:t>
        <w:br/>
        <w:t xml:space="preserve">                "logoLinkUrl": "http://www.polyv.net",</w:t>
        <w:br/>
        <w:t xml:space="preserve">                "logoOpacity": 100,</w:t>
        <w:br/>
        <w:t xml:space="preserve">                "logoDisplayLocation": 1</w:t>
        <w:br/>
        <w:t xml:space="preserve">            },</w:t>
        <w:br/>
        <w:t xml:space="preserve">            "teaserTrailer": {</w:t>
        <w:br/>
        <w:t xml:space="preserve">                "teaserShow": 0,</w:t>
        <w:br/>
        <w:t xml:space="preserve">                "teaserMediaUrl": "",</w:t>
        <w:br/>
        <w:t xml:space="preserve">                "teaserPlayTime": 0,</w:t>
        <w:br/>
        <w:t xml:space="preserve">                "trailerShow": 0,</w:t>
        <w:br/>
        <w:t xml:space="preserve">                "trailerMediaUrl": "",</w:t>
        <w:br/>
        <w:t xml:space="preserve">                "trailerPlayTime": 0</w:t>
        <w:br/>
        <w:t xml:space="preserve">            }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查询播放器列表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