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查询播放器列表（旧版）</w:t>
      </w:r>
    </w:p>
    <w:p>
      <w:pPr>
        <w:pStyle w:val="Heading2"/>
      </w:pPr>
      <w:r>
        <w:t>接口描述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目前已有新版本的播口，建议使用新版本接口：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查询播放器列表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1、通过用户id，查询播放器列表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http://api.polyv.net/v2/play/{userid}/player-list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r>
        <w:rPr>
          <w:rFonts w:ascii="Menlo" w:hAnsi="Menlo"/>
          <w:color w:val="444444"/>
          <w:sz w:val="20"/>
        </w:rPr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http://api.polyv.net/v2/play/1b448be323/player-list?sign=1E3CFEEC4EA888571A84156E5BF57EBB35ECAA72&amp;ptime=1617845463779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响应成功时返回播放器列表信息【详见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播放器id，例如"1b448be323"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创建日期，例如"2020-09-28 14:17:08"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是否是默认播放器1：是0：否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LoggerFactory.getLogger(VodVideoPlayerTest.class);</w:t>
        <w:br/>
        <w:br/>
        <w:t>/**</w:t>
        <w:br/>
        <w:t xml:space="preserve"> * 查询播放器列表</w:t>
        <w:br/>
        <w:t xml:space="preserve"> */</w:t>
        <w:br/>
        <w:t>@Test</w:t>
        <w:br/>
        <w:t>public void testGetPlayerList() throws Exception, NoSuchAlgorithmException {</w:t>
        <w:br/>
        <w:t xml:space="preserve">        //公共参数,填写自己的实际参数</w:t>
        <w:br/>
        <w:t xml:space="preserve">        String secretKey = super.secretKey;</w:t>
        <w:br/>
        <w:t xml:space="preserve">        String userId = super.userId;</w:t>
        <w:br/>
        <w:t xml:space="preserve">        String ptime = String.valueOf(System.currentTimeMillis());</w:t>
        <w:br/>
        <w:t xml:space="preserve">        //业务参数</w:t>
        <w:br/>
        <w:t xml:space="preserve">        String url = "http://api.polyv.net/v2/play/" + userId + "/player-list";</w:t>
        <w:br/>
        <w:br/>
        <w:t xml:space="preserve">        Map&lt;String, String&gt; requestMap = new HashMap&lt;&gt;();</w:t>
        <w:br/>
        <w:t xml:space="preserve">        requestMap.put("userid", userId);</w:t>
        <w:br/>
        <w:t xml:space="preserve">        requestMap.put("ptime", ptime);</w:t>
        <w:br/>
        <w:t xml:space="preserve">        requestMap.put("sign", VodSignUtil.getSign(requestMap, secretKey));</w:t>
        <w:br/>
        <w:t xml:space="preserve">        String response = HttpUtil.get(url, requestMap);</w:t>
        <w:br/>
        <w:t xml:space="preserve">        log.debug("测试查询播放器列表,{}", response);</w:t>
        <w:br/>
        <w:t xml:space="preserve">    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[</w:t>
        <w:br/>
        <w:t xml:space="preserve">    {</w:t>
        <w:br/>
        <w:t xml:space="preserve">      "playerName": "默认播放器-红色",</w:t>
        <w:br/>
        <w:t xml:space="preserve">      "playerId": "MDL7ARoayp",</w:t>
        <w:br/>
        <w:t xml:space="preserve">      "date": "2021-04-02 11:53:44",</w:t>
        <w:br/>
        <w:t xml:space="preserve">      "isDefault": 1</w:t>
        <w:br/>
        <w:t xml:space="preserve">    },</w:t>
        <w:br/>
        <w:t xml:space="preserve">    {</w:t>
        <w:br/>
        <w:t xml:space="preserve">      "playerName": "创建的播放器",</w:t>
        <w:br/>
        <w:t xml:space="preserve">      "playerId": "d4b8dDzXsT",</w:t>
        <w:br/>
        <w:t xml:space="preserve">      "date": "2021-03-30 11:38:33",</w:t>
        <w:br/>
        <w:t xml:space="preserve">      "isDefault": 0</w:t>
        <w:br/>
        <w:t xml:space="preserve">    },</w:t>
        <w:br/>
        <w:t xml:space="preserve">    {</w:t>
        <w:br/>
        <w:t xml:space="preserve">      "playerName": "默认播放器",</w:t>
        <w:br/>
        <w:t xml:space="preserve">      "playerId": "1b448be323",</w:t>
        <w:br/>
        <w:t xml:space="preserve">      "date": "2020-09-28 14:17:08",</w:t>
        <w:br/>
        <w:t xml:space="preserve">      "isDefault": 0</w:t>
        <w:br/>
        <w:t xml:space="preserve">    }</w:t>
        <w:br/>
        <w:t xml:space="preserve">  ]</w:t>
        <w:br/>
        <w:t>}</w:t>
        <w:br/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"sign can not be empty.",</w:t>
        <w:br/>
        <w:t xml:space="preserve">  "data": ""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查询播放器列表（旧版）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