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overview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API概览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overview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