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修改回调设置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1、修改用户回调设置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http://api.polyv.net/vod/v4/user/setting/callback/update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回调url，不传则清空设置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https://api.polyv.net/vod/v4/user/setting/callback/update?appId=frlr1zazn3&amp;timestamp=1669907862000&amp;sign=5CD43758EAAFF589DB5FFB071E1CCF29&amp;callbackUrl=https://my.polyv.net/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请求成功返回true，请求失败返回空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更新回调设置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updateCallbackSettingTest()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"http://api.polyv.net/vod/v4/user/setting/callback/update";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requestMap.put("callbackUrl", "https://my.polyv.net/testcallback");</w:t>
        <w:br/>
        <w:t xml:space="preserve">    requestMap.put("sign", LiveSignUtil.getSign(requestMap, appSecret));</w:t>
        <w:br/>
        <w:t xml:space="preserve">    url = HttpUtil.appendUrl(url, requestMap);</w:t>
        <w:br/>
        <w:br/>
        <w:t xml:space="preserve">    String response = HttpUtil.postFormBody(url, null);</w:t>
        <w:br/>
        <w:t xml:space="preserve">    log.info("测试更新回调设置：{}",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"5399ad2d29ab48c88165d8ffa4f0b4a4.66.16699078252180075",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修改回调设置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