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查询回调设置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1、查询用户回调设置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http://api.polyv.net/vod/v4/user/setting/callback/get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https://api.polyv.net/vod/v4/user/setting/callback/get?appId=frlr1zazn3&amp;timestamp=1669907938000&amp;sign=7A092EC240A90F620F5B82D663153AF3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回调url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查询回调设置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getCallbackSettingTest()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"http://api.polyv.net/vod/v4/user/setting/callback/get";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log.info("测试查询回调设置：{}",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"68dac6cc76e047e9b923e9e41519cac6.63.16699077830590069",</w:t>
        <w:br/>
        <w:t xml:space="preserve">    "data": {</w:t>
        <w:br/>
        <w:t xml:space="preserve">        "callbackUrl": "https://my.polyv.net/test"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查询回调设置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