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查询广告列表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1、分页获取广告列表详情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http://api.polyv.net/v2/advertising/{userid}/list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第几页，默认第一页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每页显示几条，默认10条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http://api.polyv.net/v2/advertising/1b448be323/list?sign=06423AE4F3EE1959F29E5723A43F731897B0B6F8&amp;pageSize=1&amp;page=1&amp;ptime=1617777684134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响应成功时返回广告信息【详见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当前页记录个数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activePageNum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实际页码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广告类型1：片头2：暂停3：片尾4：弹窗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matterurl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广告素材地址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广告播放次数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广告点击链接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isstatis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广告是否悬浮1：是2：不是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广告开始时间，8位毫秒级时间戳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广告结束时间，8位毫秒级时间戳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广告投放开始日期，13位毫秒级时间戳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广告投放结束日期，13位毫秒级时间戳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广告状态10：已上线1：待上线0：已下线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popuptime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广告弹窗出现时间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分类id，多个分类id，以英文逗号分隔，默认值为1，1是默认分类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poplocation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广告弹窗位置，当请求参数location为弹窗时必填1：右下角2：右上角3：左下角4：左上角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多少秒后允许跳过，仅片头广告有效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skipbutton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跳过按钮标签名称，默认为跳过，仅片头广告有效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跳过按钮状态，仅片头广告有效  Y：开启跳过广告  N：关闭跳过广告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分类名称，多个以英文逗号分隔，默认值为1，1是默认分类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 is illegal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page值非法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 is illegal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pageSize值非法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LoggerFactory.getLogger(VodVideoAdvertising.class);</w:t>
        <w:br/>
        <w:t>/**</w:t>
        <w:br/>
        <w:t xml:space="preserve"> *  查询广告列表</w:t>
        <w:br/>
        <w:t xml:space="preserve"> */</w:t>
        <w:br/>
        <w:t>@Test</w:t>
        <w:br/>
        <w:t>public void testGetAdvertising()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String.format("http://api.polyv.net/v2/advertising/%s/list", userid);</w:t>
        <w:br/>
        <w:t xml:space="preserve">    String page = "1";</w:t>
        <w:br/>
        <w:t xml:space="preserve">    String pageSize = "2";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requestMap.put("page", page);</w:t>
        <w:br/>
        <w:t xml:space="preserve">    requestMap.put("pageSize", pageSize);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log.debug("测试查询广告列表,{}",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{</w:t>
        <w:br/>
        <w:tab/>
        <w:tab/>
        <w:t>"pageNumber": 1,</w:t>
        <w:br/>
        <w:tab/>
        <w:tab/>
        <w:t>"totalItems": 18,</w:t>
        <w:br/>
        <w:tab/>
        <w:tab/>
        <w:t>"contents": [{</w:t>
        <w:br/>
        <w:tab/>
        <w:tab/>
        <w:tab/>
        <w:t>"adid": "ea7a04430dd04d01853d",</w:t>
        <w:br/>
        <w:tab/>
        <w:tab/>
        <w:tab/>
        <w:t>"title": "测试广告(Junit测试,勿删)",</w:t>
        <w:br/>
        <w:tab/>
        <w:tab/>
        <w:tab/>
        <w:t>"note": "测试广告描述",</w:t>
        <w:br/>
        <w:tab/>
        <w:tab/>
        <w:tab/>
        <w:t>"userid": "1b448be323",</w:t>
        <w:br/>
        <w:tab/>
        <w:tab/>
        <w:tab/>
        <w:t>"location": "1",</w:t>
        <w:br/>
        <w:tab/>
        <w:tab/>
        <w:tab/>
        <w:t>"matterurl": "/1b448be323/html/adv/image/1/1b448be323/thumb/5439a04e5f6c40a290822eb4b2d3086c.jpg",</w:t>
        <w:br/>
        <w:tab/>
        <w:tab/>
        <w:tab/>
        <w:t>"size": 2,</w:t>
        <w:br/>
        <w:tab/>
        <w:tab/>
        <w:tab/>
        <w:t>"addrurl": "https://baidu.com",</w:t>
        <w:br/>
        <w:tab/>
        <w:tab/>
        <w:tab/>
        <w:t>"isstatis": 2,</w:t>
        <w:br/>
        <w:tab/>
        <w:tab/>
        <w:tab/>
        <w:t>"cpmplay": 0,</w:t>
        <w:br/>
        <w:tab/>
        <w:tab/>
        <w:tab/>
        <w:t>"desccpmplay": 1200,</w:t>
        <w:br/>
        <w:tab/>
        <w:tab/>
        <w:tab/>
        <w:t>"playnum": 0,</w:t>
        <w:br/>
        <w:tab/>
        <w:tab/>
        <w:tab/>
        <w:t>"uptime": -28800000,</w:t>
        <w:br/>
        <w:tab/>
        <w:tab/>
        <w:tab/>
        <w:t>"offtime": 57599000,</w:t>
        <w:br/>
        <w:tab/>
        <w:tab/>
        <w:tab/>
        <w:t>"startdate": 1616342400000,</w:t>
        <w:br/>
        <w:tab/>
        <w:tab/>
        <w:tab/>
        <w:t>"enddate": 1619020800000,</w:t>
        <w:br/>
        <w:tab/>
        <w:tab/>
        <w:tab/>
        <w:t>"province": "all",</w:t>
        <w:br/>
        <w:tab/>
        <w:tab/>
        <w:tab/>
        <w:t>"country": "",</w:t>
        <w:br/>
        <w:tab/>
        <w:tab/>
        <w:tab/>
        <w:t>"ptime": 1619740895366,</w:t>
        <w:br/>
        <w:tab/>
        <w:tab/>
        <w:tab/>
        <w:t>"status": 0,</w:t>
        <w:br/>
        <w:tab/>
        <w:tab/>
        <w:tab/>
        <w:t>"width": 0,</w:t>
        <w:br/>
        <w:tab/>
        <w:tab/>
        <w:tab/>
        <w:t>"height": 0,</w:t>
        <w:br/>
        <w:tab/>
        <w:tab/>
        <w:tab/>
        <w:t>"doublenum": 0,</w:t>
        <w:br/>
        <w:tab/>
        <w:tab/>
        <w:tab/>
        <w:t>"errornum": 0,</w:t>
        <w:br/>
        <w:tab/>
        <w:tab/>
        <w:tab/>
        <w:t>"popuptime": null,</w:t>
        <w:br/>
        <w:tab/>
        <w:tab/>
        <w:tab/>
        <w:t>"poplocation": -1,</w:t>
        <w:br/>
        <w:tab/>
        <w:tab/>
        <w:tab/>
        <w:t>"cataids": "1",</w:t>
        <w:br/>
        <w:tab/>
        <w:tab/>
        <w:tab/>
        <w:t>"skiptime": 1,</w:t>
        <w:br/>
        <w:tab/>
        <w:tab/>
        <w:tab/>
        <w:t>"skipbutton": "跳过广告",</w:t>
        <w:br/>
        <w:tab/>
        <w:tab/>
        <w:tab/>
        <w:t>"skipenabled": "Y",</w:t>
        <w:br/>
        <w:tab/>
        <w:tab/>
        <w:tab/>
        <w:t>"cataname": "视频",</w:t>
        <w:br/>
        <w:tab/>
        <w:tab/>
        <w:tab/>
        <w:t>"advurl": "http://img.videocc.net/1b448be323/html/adv/image/1/1b448be323/thumb/5439a04e5f6c40a290822eb4b2d3086c.jpg"</w:t>
        <w:br/>
        <w:tab/>
        <w:tab/>
        <w:t>}, {</w:t>
        <w:br/>
        <w:tab/>
        <w:tab/>
        <w:tab/>
        <w:t>"adid": "db56c968c10e4c76a758",</w:t>
        <w:br/>
        <w:tab/>
        <w:tab/>
        <w:tab/>
        <w:t>"title": "测试广告-弹窗",</w:t>
        <w:br/>
        <w:tab/>
        <w:tab/>
        <w:tab/>
        <w:t>"note": "测试广告描述",</w:t>
        <w:br/>
        <w:tab/>
        <w:tab/>
        <w:tab/>
        <w:t>"userid": "1b448be323",</w:t>
        <w:br/>
        <w:tab/>
        <w:tab/>
        <w:tab/>
        <w:t>"location": "4",</w:t>
        <w:br/>
        <w:tab/>
        <w:tab/>
        <w:tab/>
        <w:t>"matterurl": "/1b448be323/html/adv/image/1/1b448be323/thumb/2373551d8e4841be88a4860d8b52ea3d.jpg",</w:t>
        <w:br/>
        <w:tab/>
        <w:tab/>
        <w:tab/>
        <w:t>"size": 2,</w:t>
        <w:br/>
        <w:tab/>
        <w:tab/>
        <w:tab/>
        <w:t>"addrurl": null,</w:t>
        <w:br/>
        <w:tab/>
        <w:tab/>
        <w:tab/>
        <w:t>"isstatis": 2,</w:t>
        <w:br/>
        <w:tab/>
        <w:tab/>
        <w:tab/>
        <w:t>"cpmplay": -1,</w:t>
        <w:br/>
        <w:tab/>
        <w:tab/>
        <w:tab/>
        <w:t>"desccpmplay": 0,</w:t>
        <w:br/>
        <w:tab/>
        <w:tab/>
        <w:tab/>
        <w:t>"playnum": 0,</w:t>
        <w:br/>
        <w:tab/>
        <w:tab/>
        <w:tab/>
        <w:t>"uptime": -28800000,</w:t>
        <w:br/>
        <w:tab/>
        <w:tab/>
        <w:tab/>
        <w:t>"offtime": 57599000,</w:t>
        <w:br/>
        <w:tab/>
        <w:tab/>
        <w:tab/>
        <w:t>"startdate": 1616342400000,</w:t>
        <w:br/>
        <w:tab/>
        <w:tab/>
        <w:tab/>
        <w:t>"enddate": 1619020800000,</w:t>
        <w:br/>
        <w:tab/>
        <w:tab/>
        <w:tab/>
        <w:t>"province": null,</w:t>
        <w:br/>
        <w:tab/>
        <w:tab/>
        <w:tab/>
        <w:t>"country": null,</w:t>
        <w:br/>
        <w:tab/>
        <w:tab/>
        <w:tab/>
        <w:t>"ptime": 1619418030516,</w:t>
        <w:br/>
        <w:tab/>
        <w:tab/>
        <w:tab/>
        <w:t>"status": 10,</w:t>
        <w:br/>
        <w:tab/>
        <w:tab/>
        <w:tab/>
        <w:t>"width": 0,</w:t>
        <w:br/>
        <w:tab/>
        <w:tab/>
        <w:tab/>
        <w:t>"height": 0,</w:t>
        <w:br/>
        <w:tab/>
        <w:tab/>
        <w:tab/>
        <w:t>"doublenum": 0,</w:t>
        <w:br/>
        <w:tab/>
        <w:tab/>
        <w:tab/>
        <w:t>"errornum": 0,</w:t>
        <w:br/>
        <w:tab/>
        <w:tab/>
        <w:tab/>
        <w:t>"popuptime": "2",</w:t>
        <w:br/>
        <w:tab/>
        <w:tab/>
        <w:tab/>
        <w:t>"poplocation": 4,</w:t>
        <w:br/>
        <w:tab/>
        <w:tab/>
        <w:tab/>
        <w:t>"cataids": "1",</w:t>
        <w:br/>
        <w:tab/>
        <w:tab/>
        <w:tab/>
        <w:t>"skiptime": 1,</w:t>
        <w:br/>
        <w:tab/>
        <w:tab/>
        <w:tab/>
        <w:t>"skipbutton": "跳过广告",</w:t>
        <w:br/>
        <w:tab/>
        <w:tab/>
        <w:tab/>
        <w:t>"skipenabled": "N",</w:t>
        <w:br/>
        <w:tab/>
        <w:tab/>
        <w:tab/>
        <w:t>"cataname": "视频",</w:t>
        <w:br/>
        <w:tab/>
        <w:tab/>
        <w:tab/>
        <w:t>"advurl": "http://img.videocc.net/1b448be323/html/adv/image/1/1b448be323/thumb/2373551d8e4841be88a4860d8b52ea3d.jpg"</w:t>
        <w:br/>
        <w:tab/>
        <w:tab/>
        <w:t>}],</w:t>
        <w:br/>
        <w:tab/>
        <w:tab/>
        <w:t>"nextPageNumber": 2,</w:t>
        <w:br/>
        <w:tab/>
        <w:tab/>
        <w:t>"prePageNumber": 1,</w:t>
        <w:br/>
        <w:tab/>
        <w:tab/>
        <w:t>"startRow": 1,</w:t>
        <w:br/>
        <w:tab/>
        <w:tab/>
        <w:t>"activePageNum": 1,</w:t>
        <w:br/>
        <w:tab/>
        <w:tab/>
        <w:t>"firstPage": true,</w:t>
        <w:br/>
        <w:tab/>
        <w:tab/>
        <w:t>"lastPage": false,</w:t>
        <w:br/>
        <w:tab/>
        <w:tab/>
        <w:t>"totalPages": 9,</w:t>
        <w:br/>
        <w:tab/>
        <w:tab/>
        <w:t>"endRow": 2,</w:t>
        <w:br/>
        <w:tab/>
        <w:tab/>
        <w:t>"limit": 2,</w:t>
        <w:br/>
        <w:tab/>
        <w:tab/>
        <w:t>"offset": 0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查询广告列表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