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查询用户空间及流量情况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1、查询用户点播账户的空间及流量使用情况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http://api.polyv.net/v2/user/{userid}/main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要查询的日期，格式 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http://api.polyv.net/v2/user/1b448be323/main?date=2020-10-13&amp;sign=8F0200C2C04945C5BDEE48E0CF6DCDC3598DEA16&amp;userid=1b448be323&amp;ptime=1617012847252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totalFlow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用户总流量，单位为byte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usedSpace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已用空间，单位为byte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usedFlow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已用流量，单位为byte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totalSpace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用户总空间，单位为byte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POLYV用户点播账号ID，参考【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POLYV用户邮箱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private static final Logger log = LoggerFactory.getLogger(VodAccountTest.class);</w:t>
        <w:br/>
        <w:t xml:space="preserve">    /**</w:t>
        <w:br/>
        <w:t xml:space="preserve">     * 点播DEMO：获取用户空间及流量情况</w:t>
        <w:br/>
        <w:t xml:space="preserve">     */</w:t>
        <w:br/>
        <w:t xml:space="preserve">    @Test</w:t>
        <w:br/>
        <w:t xml:space="preserve">    public void testGetAccountSpaceFlow() throws Exception, NoSuchAlgorithmException {</w:t>
        <w:br/>
        <w:br/>
        <w:t xml:space="preserve">        //公共参数,填写自己的实际参数</w:t>
        <w:br/>
        <w:t xml:space="preserve">        String secretKey = super.secretKey;</w:t>
        <w:br/>
        <w:t xml:space="preserve">        String userId = super.userId;</w:t>
        <w:br/>
        <w:t xml:space="preserve">        String ptime = String.valueOf(System.currentTimeMillis());</w:t>
        <w:br/>
        <w:t xml:space="preserve">        //业务参数</w:t>
        <w:br/>
        <w:t xml:space="preserve">        String url = "http://api.polyv.net/v2/user/"+userId+"/main";</w:t>
        <w:br/>
        <w:t xml:space="preserve">        String date =  "2020-10-13";</w:t>
        <w:br/>
        <w:br/>
        <w:t xml:space="preserve">        Map&lt;String, String&gt; requestMap = new HashMap&lt;&gt;();</w:t>
        <w:br/>
        <w:t xml:space="preserve">        requestMap.put("userid", userId);</w:t>
        <w:br/>
        <w:t xml:space="preserve">        requestMap.put("ptime", ptime);</w:t>
        <w:br/>
        <w:t xml:space="preserve">        requestMap.put("date", date);</w:t>
        <w:br/>
        <w:t xml:space="preserve">        requestMap.put("sign", VodSignUtil.getSign(requestMap, secretKey));</w:t>
        <w:br/>
        <w:t xml:space="preserve">        String response = HttpUtil.get(url, requestMap);</w:t>
        <w:br/>
        <w:t xml:space="preserve">        log.debug("测试获取用户空间及流量情况成功,{}", response);</w:t>
        <w:br/>
        <w:t xml:space="preserve">        //do somethings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"videoCount": 32,</w:t>
        <w:br/>
        <w:tab/>
        <w:tab/>
        <w:t>"totalFlow": 21474836480,</w:t>
        <w:br/>
        <w:tab/>
        <w:tab/>
        <w:t>"usedSpace": 0,</w:t>
        <w:br/>
        <w:tab/>
        <w:tab/>
        <w:t>"usedFlow": 0,</w:t>
        <w:br/>
        <w:tab/>
        <w:tab/>
        <w:t>"totalSpace": 21474836480,</w:t>
        <w:br/>
        <w:tab/>
        <w:tab/>
        <w:t>"userId": "1b448be323",</w:t>
        <w:br/>
        <w:tab/>
        <w:tab/>
        <w:t>"email": "sdk-demo@polyv.net"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ab/>
        <w:t>"code": 400,</w:t>
        <w:br/>
        <w:tab/>
        <w:t>"status": "error",</w:t>
        <w:br/>
        <w:tab/>
        <w:t>"message": "ptime is too old.",</w:t>
        <w:br/>
        <w:tab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查询用户空间及流量情况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