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help source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Android：https://github.com/polyv/polyv-android-livescenes-sdk-demo/wiki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访问链接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Android：https://github.com/easefun/polyv-android-sdk-2.0-demo/wiki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iOS：https://github.com/polyv/polyv-ios-vod-sdk/wiki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source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