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11 v2.0.6版本和更早版本项目结构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项目中的类都是对SDK2.0增加的可视化功能演示，可以随意修改。因为SDK2.0的内容已经在jar中和so中，所以开发者用户只要根据demo中的示例，正确调用jar中的接口就可以自定义界面。</w:t>
      </w:r>
    </w:p>
    <w:p>
      <w:pPr>
        <w:pStyle w:val="Heading2"/>
      </w:pPr>
      <w:r>
        <w:t>so文件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jniLibs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arm64-v8a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&gt;libijkffmpeg.so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&gt;libijkplayer.so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&gt;libijksdl.so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&gt;libpolyvModule.so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armeabi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&gt;libijkffmpeg.so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&gt;libijkplayer.so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&gt;libijksdl.so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&gt;libpolyvModule.so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armeabi-v7a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&gt;libijkffmpeg.so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&gt;libijkplayer.so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&gt;libijksdl.so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&gt;libpolyvModule.so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x86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&gt;libijkffmpeg.so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&gt;libijkplayer.so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&gt;libijksdl.so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&gt;libpolyvModule.so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x86_64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&gt;libijkffmpeg.so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&gt;libijkplayer.so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&gt;libijksdl.so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&gt;libpolyvModule.so</w:t>
      </w:r>
    </w:p>
    <w:p>
      <w:pPr>
        <w:pStyle w:val="Heading3"/>
      </w:pPr>
      <w:r>
        <w:t>jniLibs下的arm64-v8a、armeabi、armeabi-v7a、x86、x86_64目录的SO文件，是不同CPU指令集对应的视频解码库，可以根据需要选择添加单个或多个目录中的so文件。建议全部添加。</w:t>
      </w:r>
    </w:p>
    <w:p>
      <w:pPr>
        <w:pStyle w:val="Heading2"/>
      </w:pPr>
      <w:r>
        <w:t>jar文件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libs/alicloud-android-sdk-httpdns-1.1.0.jar </w:t>
      </w:r>
      <w:r>
        <w:rPr>
          <w:rFonts w:ascii="Menlo" w:hAnsi="Menlo"/>
          <w:color w:val="444444"/>
          <w:sz w:val="20"/>
        </w:rPr>
        <w:t>SDK核心包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libs/alicloud-android-utils-1.0.2.jar </w:t>
      </w:r>
      <w:r>
        <w:rPr>
          <w:rFonts w:ascii="Menlo" w:hAnsi="Menlo"/>
          <w:color w:val="444444"/>
          <w:sz w:val="20"/>
        </w:rPr>
        <w:t>SDK核心包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libs/bugly_crash_release.jar </w:t>
      </w:r>
      <w:r>
        <w:rPr>
          <w:rFonts w:ascii="Menlo" w:hAnsi="Menlo"/>
          <w:color w:val="444444"/>
          <w:sz w:val="20"/>
        </w:rPr>
        <w:t>PolyvSDKClient.initCrashReport(context)中使用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libs/converter-gson-2.1.0.jar </w:t>
      </w:r>
      <w:r>
        <w:rPr>
          <w:rFonts w:ascii="Menlo" w:hAnsi="Menlo"/>
          <w:color w:val="444444"/>
          <w:sz w:val="20"/>
        </w:rPr>
        <w:t>json转换库，弹幕、截图功能中使用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libs/danmaku-flame-master-0.6.2.jar </w:t>
      </w:r>
      <w:r>
        <w:rPr>
          <w:rFonts w:ascii="Menlo" w:hAnsi="Menlo"/>
          <w:color w:val="444444"/>
          <w:sz w:val="20"/>
        </w:rPr>
        <w:t>弹幕功能使用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libs/gson-2.7.jar </w:t>
      </w:r>
      <w:r>
        <w:rPr>
          <w:rFonts w:ascii="Menlo" w:hAnsi="Menlo"/>
          <w:color w:val="444444"/>
          <w:sz w:val="20"/>
        </w:rPr>
        <w:t>json转换库，弹幕、截图功能中使用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libs/ijkplayer-exo-0.8.0.1.jar </w:t>
      </w:r>
      <w:r>
        <w:rPr>
          <w:rFonts w:ascii="Menlo" w:hAnsi="Menlo"/>
          <w:color w:val="444444"/>
          <w:sz w:val="20"/>
        </w:rPr>
        <w:t>SDK核心包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libs/ijkplayer-java-0.8.0.1.jar </w:t>
      </w:r>
      <w:r>
        <w:rPr>
          <w:rFonts w:ascii="Menlo" w:hAnsi="Menlo"/>
          <w:color w:val="444444"/>
          <w:sz w:val="20"/>
        </w:rPr>
        <w:t>SDK核心包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libs/okhttp-3.3.0.jar</w:t>
      </w:r>
      <w:r>
        <w:rPr>
          <w:rFonts w:ascii="Menlo" w:hAnsi="Menlo"/>
          <w:color w:val="444444"/>
          <w:sz w:val="20"/>
        </w:rPr>
        <w:t>网络请求库，弹幕、截图功能中使用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libs/okio-1.8.0.jar</w:t>
      </w:r>
      <w:r>
        <w:rPr>
          <w:rFonts w:ascii="Menlo" w:hAnsi="Menlo"/>
          <w:color w:val="444444"/>
          <w:sz w:val="20"/>
        </w:rPr>
        <w:t>网络请求库，弹幕、截图功能中使用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libs/org.apache.http.legacy.jar  </w:t>
      </w:r>
      <w:r>
        <w:rPr>
          <w:rFonts w:ascii="Menlo" w:hAnsi="Menlo"/>
          <w:color w:val="444444"/>
          <w:sz w:val="20"/>
        </w:rPr>
        <w:t>SDK中的上传功能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libs/polyvDownload2.x.x.jar </w:t>
      </w:r>
      <w:r>
        <w:rPr>
          <w:rFonts w:ascii="Menlo" w:hAnsi="Menlo"/>
          <w:color w:val="444444"/>
          <w:sz w:val="20"/>
        </w:rPr>
        <w:t>SDK中的下载功能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libs/polyvPlayer2.x.x.jar </w:t>
      </w:r>
      <w:r>
        <w:rPr>
          <w:rFonts w:ascii="Menlo" w:hAnsi="Menlo"/>
          <w:color w:val="444444"/>
          <w:sz w:val="20"/>
        </w:rPr>
        <w:t>SDK核心包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libs/polyvSub2.x.x.jar </w:t>
      </w:r>
      <w:r>
        <w:rPr>
          <w:rFonts w:ascii="Menlo" w:hAnsi="Menlo"/>
          <w:color w:val="444444"/>
          <w:sz w:val="20"/>
        </w:rPr>
        <w:t>弹幕、截图功能中使用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libs/polyvUpload2.x.x.jar </w:t>
      </w:r>
      <w:r>
        <w:rPr>
          <w:rFonts w:ascii="Menlo" w:hAnsi="Menlo"/>
          <w:color w:val="444444"/>
          <w:sz w:val="20"/>
        </w:rPr>
        <w:t>SDK中的上传功能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libs/polyvWidget0.5.1.x.jar </w:t>
      </w:r>
      <w:r>
        <w:rPr>
          <w:rFonts w:ascii="Menlo" w:hAnsi="Menlo"/>
          <w:color w:val="444444"/>
          <w:sz w:val="20"/>
        </w:rPr>
        <w:t>SDK核心包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libs/retrofit-2.1.0.jar  </w:t>
      </w:r>
      <w:r>
        <w:rPr>
          <w:rFonts w:ascii="Menlo" w:hAnsi="Menlo"/>
          <w:color w:val="444444"/>
          <w:sz w:val="20"/>
        </w:rPr>
        <w:t>网络请求库，弹幕、截图功能中使用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libs/universal-image-loader-1.9.5.jar </w:t>
      </w:r>
      <w:r>
        <w:rPr>
          <w:rFonts w:ascii="Menlo" w:hAnsi="Menlo"/>
          <w:color w:val="444444"/>
          <w:sz w:val="20"/>
        </w:rPr>
        <w:t>demo中图片显示使用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libs/utdid4all-1.1.5.3_proguard.jar </w:t>
      </w:r>
      <w:r>
        <w:rPr>
          <w:rFonts w:ascii="Menlo" w:hAnsi="Menlo"/>
          <w:color w:val="444444"/>
          <w:sz w:val="20"/>
        </w:rPr>
        <w:t>SDK核心包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标记为</w:t>
      </w:r>
      <w:r>
        <w:rPr>
          <w:rFonts w:ascii="Menlo" w:hAnsi="Menlo"/>
          <w:color w:val="444444"/>
          <w:sz w:val="20"/>
        </w:rPr>
        <w:t>SDK核心包</w:t>
      </w:r>
      <w:r>
        <w:rPr>
          <w:rFonts w:ascii="Source Han Sans SC" w:hAnsi="Source Han Sans SC" w:eastAsia="Source Han Sans SC" w:cs="Source Han Sans SC" w:hint="eastAsia"/>
          <w:sz w:val="21"/>
        </w:rPr>
        <w:t>的jar是视频播放必须使用的包。</w:t>
      </w:r>
    </w:p>
    <w:p>
      <w:pPr>
        <w:pStyle w:val="Heading2"/>
      </w:pPr>
      <w:r>
        <w:t>依赖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compile 'com.android.support:support-annotations:23+'</w:t>
        <w:br/>
        <w:t>compile 'com.android.support:appcompat-v7:23+'</w:t>
        <w:br/>
        <w:t>compile 'com.android.support:support-v4:23+'</w:t>
        <w:br/>
        <w:t>compile 'com.android.support:design:23+'</w:t>
        <w:br/>
        <w:t>//64K 引用限制</w:t>
        <w:br/>
        <w:t>compile 'com.android.support:multidex:1.0.1'</w:t>
      </w:r>
    </w:p>
    <w:p>
      <w:pPr>
        <w:pStyle w:val="Heading2"/>
      </w:pPr>
      <w:r>
        <w:t>源文件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sources/polyvDownloadSources2.x.x.jar </w:t>
      </w:r>
      <w:r>
        <w:rPr>
          <w:rFonts w:ascii="Menlo" w:hAnsi="Menlo"/>
          <w:color w:val="444444"/>
          <w:sz w:val="20"/>
        </w:rPr>
        <w:t>polyvDownload2.x.x.jar的源文件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sources/polyvPlayerSources2.x.x.jar </w:t>
      </w:r>
      <w:r>
        <w:rPr>
          <w:rFonts w:ascii="Menlo" w:hAnsi="Menlo"/>
          <w:color w:val="444444"/>
          <w:sz w:val="20"/>
        </w:rPr>
        <w:t>polyvPlayer2.x.x.jar的源文件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sources/polyvUploadSources2.x.x.jar </w:t>
      </w:r>
      <w:r>
        <w:rPr>
          <w:rFonts w:ascii="Menlo" w:hAnsi="Menlo"/>
          <w:color w:val="444444"/>
          <w:sz w:val="20"/>
        </w:rPr>
        <w:t>polyvUpload2.x.x.jar的源文件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在项目中导入源文件可以显示方法描述。</w:t>
      </w:r>
    </w:p>
    <w:p>
      <w:pPr>
        <w:pStyle w:val="Heading2"/>
      </w:pPr>
      <w:r>
        <w:t>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polyvAndroidSDKGif1.0是demo中课程讨论区显示的内容里用到的模块。不涉及播放器功能。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v2.0.6版本和更早版本项目结构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