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小班网页上课端常见问题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浏览器兼容：目前只支持Chrome浏览器，建议版本Chrome74及以上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不能使用YY开播，因为YY开播会占用互动学堂的摄像头，导致推不上视频流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小班网页上课端常见问题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