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小班网页上课端概述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保利威小班网页上课端是一款具备操作简便、互动性强、易集成、千人同时在线等特点的互动式教学直播产品。支持全员无延迟观看，学生上下台与老师互动；支持PPT动画文档、屏幕共享、白板书写等多种内容展示方式；支持授予奖杯，激发学生的上课积极性；支持授予画笔、答题卡、签到等课堂互动工具，见下表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模块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功能点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是否支持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连麦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自动上台/手动上台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学生举手上台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文档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互动黑板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协同画笔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文档授课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屏幕共享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互动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奖杯激励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答题卡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计时器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成员列表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踢出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禁言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管理摄像头/麦克风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操作上下台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聊天室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文字、表情、图片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支持的端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PC-web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即将支持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老师概览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2425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86b125da7439f48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242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学生概览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510228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2d5eaa2d3f1f55c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51022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使用环境建议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使用WIFI或手机网络，需确保直播场地内信号稳定。直播受上行带宽影响，上行带宽至少2Mbps，建议上行带宽4Mbps或以上，带宽测试地址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https://www.speedtest.cn；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尽量避免使用公用的网络，人多的时候容易造成网络拥塞导致直播出现大丢包、大延迟、音视频卡顿等现象；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建议电信宽带，避免小运营商（天威、长宽等）。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小班网页上课端概述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