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vclass mobile operation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vclass mobile operation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