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小班客户端常见问题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小班客户端常见问题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