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小班客户端概述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小班客户端概述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