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小班网页上课端更新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小班网页上课端更新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