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互动学堂更新</w:t>
      </w:r>
    </w:p>
    <w:p>
      <w:pPr>
        <w:pStyle w:val="Heading1"/>
      </w:pPr>
      <w:r>
        <w:t>1.5.0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8 月 26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【优化】后台可设置清晰度</w:t>
      </w:r>
    </w:p>
    <w:p>
      <w:pPr>
        <w:pStyle w:val="Heading1"/>
      </w:pPr>
      <w:r>
        <w:t>1.4.4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8 月 19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【新增】删除、修改、查询课节信息接口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【优化】后台ODM单点登录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【优化】web端兼容小分辨率的屏幕</w:t>
      </w:r>
    </w:p>
    <w:p>
      <w:pPr>
        <w:pStyle w:val="Heading1"/>
      </w:pPr>
      <w:r>
        <w:t>1.3.0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7 月 29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【新增】互动学堂后台支持ODM定制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【优化】白板的使用方式改为往下滑</w:t>
      </w:r>
    </w:p>
    <w:p>
      <w:pPr>
        <w:pStyle w:val="Heading1"/>
      </w:pPr>
      <w:r>
        <w:t>1.2.1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7 月 8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【新增】PCweb的设备检测在一个页面即可完成摄像头、麦克风、扬声器的检测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【新增】小班课PC-WEB 支持全屏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 讲师上课后在另一个浏览器用课节的上课链接登录，没有跳转回登录页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【优化】已经超过结束时间并且未上过课的课节状态应该是已结束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【优化】回放管理列表应该按创建时间降序排序</w:t>
      </w:r>
    </w:p>
    <w:p>
      <w:pPr>
        <w:pStyle w:val="Heading1"/>
      </w:pPr>
      <w:r>
        <w:t>1.2.0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该版本于 2021 年 7 月 5 日发布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【新增】讲师管理功能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【新增】讲师单点登录接口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【新增】学生授权观看接口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【新增】创建课节接口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【新增】上线全新小班，支持JS-SDK方式集成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【优化】课程与课节解绑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互动学堂更新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