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基础概念说明</w:t>
      </w:r>
    </w:p>
    <w:p>
      <w:pPr>
        <w:pStyle w:val="Heading1"/>
      </w:pPr>
      <w:r>
        <w:t>常见名词</w:t>
      </w:r>
    </w:p>
    <w:p>
      <w:pPr>
        <w:pStyle w:val="Heading1"/>
      </w:pPr>
      <w:r>
        <w:t>常见角色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基础概念说明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