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快速开启一节互动学堂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快速开启一节互动学堂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