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craft bar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互动学堂产品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产品简介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产品概述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计费规则说明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技术文档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产品动态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互动学堂管理后台更新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互动学堂网页上课更新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互动学堂手机上课更新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快速入门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快速开启一节互动学堂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基础概念说明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管理后台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互动学堂后台概述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互动学堂后台操作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网页上课端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网页上课端概述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网页上课端操作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网页上课端常见问题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手机上课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手机上课端概述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手机上课端操作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craft bar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