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lessonStatisticsService</w:t>
      </w:r>
    </w:p>
    <w:p>
      <w:pPr>
        <w:pStyle w:val="Heading1"/>
      </w:pPr>
      <w:r>
        <w:t>1、基于课节维度查询用户信息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基于课节维度查询用户信息，这里的数据只是纯业务统计数据，与计费无关</w:t>
        <w:br/>
        <w:t>接口地址（仅做说明使用）：https://api.polyv.net/hi-class-api/open/statistics/v1/list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testListLessonStatistics() throws IOException, NoSuchAlgorithmException {</w:t>
        <w:br/>
        <w:t xml:space="preserve">        VClassLessonStatisticsRequest vClassLessonStatisticsRequest = new VClassLessonStatisticsRequest();</w:t>
        <w:br/>
        <w:t xml:space="preserve">        VClassLessonStatisticsResponse vClassLessonStatisticsResponse;</w:t>
        <w:br/>
        <w:t xml:space="preserve">        try {</w:t>
        <w:br/>
        <w:t xml:space="preserve">            vClassLessonStatisticsRequest.setLessonId(super.createLesson()).setPageSize(5);</w:t>
        <w:br/>
        <w:t xml:space="preserve">            vClassLessonStatisticsResponse = new VClassLessonStatisticsServiceImpl().listLessonStatistics(</w:t>
        <w:br/>
        <w:t xml:space="preserve">                    vClassLessonStatisticsRequest);</w:t>
        <w:br/>
        <w:t xml:space="preserve">            Assert.assertNotNull(vClassLessonStatisticsResponse);</w:t>
        <w:br/>
        <w:t xml:space="preserve">            if (vClassLessonStatisticsResponse != null) {</w:t>
        <w:br/>
        <w:t xml:space="preserve">                //to do something ......</w:t>
        <w:br/>
        <w:t xml:space="preserve">                log.debug("测试基于课节维度查询用户信息成功 {}", JSON.toJSONString(vClassLessonStatisticsResponse));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  <w:br/>
        <w:t>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1、请求正确，返回VClassLessonStatisticsResponse对象，B端依据此对象处理业务逻辑；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每页显示的数据条数，默认每页显示10条数据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请求成功时的有关信息，请求失败时为空【详见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LessonStatistics参数描述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每页显示的数据条数，默认每页显示10条数据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LessonStatistics参数描述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进入时间，格式：年月日时分秒 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离开房间，格式：年月日时分秒 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joinDuration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连麦时长，格式：时分秒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userAgent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用户设备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operatingSystem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操作系统，是Windows 还是Mac；安卓，iOS；其他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浏览器，例如Chrome 93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国家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省份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城市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运营商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lessonStatisticsService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