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lessonService</w:t>
      </w:r>
    </w:p>
    <w:p>
      <w:pPr>
        <w:pStyle w:val="Heading1"/>
      </w:pPr>
      <w:r>
        <w:t>1、创建课节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创建课节</w:t>
        <w:br/>
        <w:t>接口地址（仅做说明使用）：https://api.polyv.net/hi-class-api/open/lesson/v1/add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testAddLesson() throws Exception {</w:t>
        <w:br/>
        <w:t xml:space="preserve">        VClassAddLessonRequest vClassAddLessonRequest;</w:t>
        <w:br/>
        <w:t xml:space="preserve">        VClassAddLessonResponse vClassAddLessonResponse;</w:t>
        <w:br/>
        <w:t xml:space="preserve">        try {</w:t>
        <w:br/>
        <w:t xml:space="preserve">            vClassAddLessonRequest = VClassAddLessonRequest.builder()</w:t>
        <w:br/>
        <w:t xml:space="preserve">                    .name("SDK测试创建课节")</w:t>
        <w:br/>
        <w:t xml:space="preserve">                    .duration(30)</w:t>
        <w:br/>
        <w:t xml:space="preserve">                    .startTime(super.getDate(System.currentTimeMillis() + 10 * 86400000))</w:t>
        <w:br/>
        <w:t xml:space="preserve">                    .watchCondition(VClassConstant.AuthType.NULL.getCode())</w:t>
        <w:br/>
        <w:t xml:space="preserve">                    .linkNumber(2)</w:t>
        <w:br/>
        <w:t xml:space="preserve">                    .build();</w:t>
        <w:br/>
        <w:t xml:space="preserve">            vClassAddLessonResponse = new VClassLessonServiceImpl().addLesson(vClassAddLessonRequest);</w:t>
        <w:br/>
        <w:t xml:space="preserve">            Assert.assertNotNull(vClassAddLessonResponse);</w:t>
        <w:br/>
        <w:t xml:space="preserve">            if (vClassAddLessonResponse != null) {</w:t>
        <w:br/>
        <w:t xml:space="preserve">                log.debug("测试创建课节成功,{}", JSON.toJSONString(vClassAddLessonResponse));</w:t>
        <w:br/>
        <w:t xml:space="preserve">                //TODO 此处创建完成后删除了课节，正式使用需删除该语句</w:t>
        <w:br/>
        <w:t xml:space="preserve">                super.deleteLesson(vClassAddLessonResponse.getLessonId());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1、请求正确，返回VClassAddLessonResponse对象，B端依据此对象处理业务逻辑；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课节名称，长度1~128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分钟，5~180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连麦人数，0~16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是否自动连麦，默认：N Y：自动连麦 N：手动上麦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是否自动录制课程，默认：N Y：自动录制 N：手动录制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 NULL：无条件 CODE：验证码 WHITE_LIST：白名单 DIRECT：独立授权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当观看条件为CODE时需要填写观看验证码（限制16位以内）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观看条件为独立授权时传，不传则后台自动生成（限制32位以内）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360（如果需要设置更高的清晰度，请联系相关工作人员）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封面地址URL，长度1~255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老师id，如不传，则根据teacherMobile查找现有老师，如果查找不到，则创建一个老师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老师登录手机区号，默认 +86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老师手机号，长度5~15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老师名称，如传入的信息可以查找到现有老师，会更新老师名称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老师密码，长度6~8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 0 - 16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 Y：自动连麦 N：不自动连麦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 Y：自动录制 N：不自动录制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 NULL：无条件 CODE：验证码 WHITE_LIST：白名单 DIRECT：独立授权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当观看条件为CODE时需要填写观看验证码（限制16位以内）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授权观看KEY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2、获取课节信息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获取课节信息</w:t>
        <w:br/>
        <w:t>接口地址（仅做说明使用）：https://api.polyv.net/hi-class-api/open/lesson/v1/get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testGetLessonInfo() throws IOException, NoSuchAlgorithmException {</w:t>
        <w:br/>
        <w:t xml:space="preserve">        VClassGetLessonInfoRequest vClassGetLessonInfoRequest;</w:t>
        <w:br/>
        <w:t xml:space="preserve">        VClassGetLessonInfoResponse vClassGetLessonInfoResponse;</w:t>
        <w:br/>
        <w:t xml:space="preserve">        try {</w:t>
        <w:br/>
        <w:t xml:space="preserve">            vClassGetLessonInfoRequest = VClassGetLessonInfoRequest.builder().lessonId(super.createLesson()).build();</w:t>
        <w:br/>
        <w:t xml:space="preserve">            vClassGetLessonInfoResponse = new VClassLessonServiceImpl().getLessonInfo(vClassGetLessonInfoRequest);</w:t>
        <w:br/>
        <w:t xml:space="preserve">            Assert.assertNotNull(vClassGetLessonInfoResponse);</w:t>
        <w:br/>
        <w:t xml:space="preserve">            if (vClassGetLessonInfoResponse != null) {</w:t>
        <w:br/>
        <w:t xml:space="preserve">                //to do something ......</w:t>
        <w:br/>
        <w:t xml:space="preserve">                log.debug("测试获取课节信息成功{}", JSON.toJSONString(vClassGetLessonInfoResponse));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1、请求正确，返回VClassGetLessonInfoResponse对象，B端依据此对象处理业务逻辑；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 0 - 16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 Y：自动连麦 N：手动上麦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是否自动录制课程 Y：自动录制 N：手动录制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 NULL：无条件 CODE：验证码 WHITE_LIST：白名单 DIRECT：独立授权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观看密码，当观看条件为CODE时需要填写密码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授权观看KEY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3、更新课节信息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更新课节信息</w:t>
        <w:br/>
        <w:t>接口地址（仅做说明使用）：https://api.polyv.net/hi-class-api/open/lesson/v1/update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testUpdateLessonInfo() throws IOException, NoSuchAlgorithmException {</w:t>
        <w:br/>
        <w:t xml:space="preserve">        VClassUpdateLessonInfoRequest vClassUpdateLessonInfoRequest;</w:t>
        <w:br/>
        <w:t xml:space="preserve">        Boolean vClassUpdateLessonInfoResponse;</w:t>
        <w:br/>
        <w:t xml:space="preserve">        try {</w:t>
        <w:br/>
        <w:t xml:space="preserve">            Long lessonId = super.createLesson();</w:t>
        <w:br/>
        <w:t xml:space="preserve">            vClassUpdateLessonInfoRequest = VClassUpdateLessonInfoRequest.builder()</w:t>
        <w:br/>
        <w:t xml:space="preserve">                    .lessonId(lessonId)</w:t>
        <w:br/>
        <w:t xml:space="preserve">                    .duration(60)</w:t>
        <w:br/>
        <w:t xml:space="preserve">                    .linkNumber(0)</w:t>
        <w:br/>
        <w:t xml:space="preserve">                    .autoConnectMicroEnabled(VClassConstant.Flag.YES.getFlag())</w:t>
        <w:br/>
        <w:t xml:space="preserve">                    .autoRecordCourseEnabled(VClassConstant.Flag.YES.getFlag())</w:t>
        <w:br/>
        <w:t xml:space="preserve">                    .watchCondition(VClassConstant.AuthType.WHITE_LIST.getCode())</w:t>
        <w:br/>
        <w:t xml:space="preserve">                    .resolution(720)</w:t>
        <w:br/>
        <w:t xml:space="preserve">                    .playResolution(720)</w:t>
        <w:br/>
        <w:t xml:space="preserve">                    .build();</w:t>
        <w:br/>
        <w:t xml:space="preserve">            vClassUpdateLessonInfoResponse = new VClassLessonServiceImpl().updateLessonInfo(</w:t>
        <w:br/>
        <w:t xml:space="preserve">                    vClassUpdateLessonInfoRequest);</w:t>
        <w:br/>
        <w:t xml:space="preserve">            Assert.assertTrue(vClassUpdateLessonInfoResponse);</w:t>
        <w:br/>
        <w:t xml:space="preserve">            if (vClassUpdateLessonInfoResponse) {</w:t>
        <w:br/>
        <w:t xml:space="preserve">                //to do something ......</w:t>
        <w:br/>
        <w:t xml:space="preserve">                log.debug("测试更新课节信息成功");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课节名称，长度1~128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分钟，5~180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连麦人数，0~16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 Y：自动连麦 N：手动上麦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是否自动录制课程 Y：自动录制 N：手动录制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 NULL：无条件 CODE：验证码 WHITE_LIST：白名单 DIRECT：独立授权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当观看条件为CODE时需要填写观看验证码（限制16位以内）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观看条件为独立授权时传，不传则后台自动生成（限制32位以内）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360（如果需要设置更高的清晰度，请联系相关工作人员）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封面地址URL，长度1~255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老师id，如不传，则不更新，如果传入的是新的id，则根据下列老师信息创新一个新的老师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老师名称，如传入的信息可以查找到现有老师，会更新老师名称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老师登录手机区号，默认 +86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老师手机号，长度5~15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老师密码，长度6~8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更新课节信息返回实体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4、删除课节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删除课节</w:t>
        <w:br/>
        <w:t>接口地址（仅做说明使用）：https://api.polyv.net/hi-class-api/open/lesson/v1/delete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testDeleteLesson() throws IOException, NoSuchAlgorithmException {</w:t>
        <w:br/>
        <w:t xml:space="preserve">        VClassDeleteLessonRequest vClassDeleteLessonRequest;</w:t>
        <w:br/>
        <w:t xml:space="preserve">        Boolean vClassDeleteLessonResponse;</w:t>
        <w:br/>
        <w:t xml:space="preserve">        try {</w:t>
        <w:br/>
        <w:t xml:space="preserve">            vClassDeleteLessonRequest = VClassDeleteLessonRequest.builder().lessonId(super.createLesson()).build();</w:t>
        <w:br/>
        <w:t xml:space="preserve">            vClassDeleteLessonResponse = new VClassLessonServiceImpl().deleteLesson(vClassDeleteLessonRequest);</w:t>
        <w:br/>
        <w:t xml:space="preserve">            Assert.assertTrue(vClassDeleteLessonResponse);</w:t>
        <w:br/>
        <w:t xml:space="preserve">            if (vClassDeleteLessonResponse) {</w:t>
        <w:br/>
        <w:t xml:space="preserve">                //to do something ......</w:t>
        <w:br/>
        <w:t xml:space="preserve">                log.debug("测试删除课节成功");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删除课节返回实体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5、修改课节状态为禁止上课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禁止课节上课，禁止有效期为24小时，24小时后会恢复课节允许上课（如果课节已到达下课时间，则不允许再上课）</w:t>
        <w:br/>
        <w:t>接口地址（仅做说明使用）：https://api.polyv.net/hi-class-api/open/lesson/v1/%s/cutoff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testCutoffLesson() throws IOException, NoSuchAlgorithmException {</w:t>
        <w:br/>
        <w:t xml:space="preserve">        VClassCutoffLessonRequest vClassCutoffLessonRequest;</w:t>
        <w:br/>
        <w:t xml:space="preserve">        Boolean vClassCutoffLessonResponse;</w:t>
        <w:br/>
        <w:t xml:space="preserve">        try {</w:t>
        <w:br/>
        <w:t xml:space="preserve">            vClassCutoffLessonRequest = VClassCutoffLessonRequest.builder().lessonId(super.createLesson()).build();</w:t>
        <w:br/>
        <w:t xml:space="preserve">            vClassCutoffLessonResponse = new VClassLessonServiceImpl().cutoffLesson(vClassCutoffLessonRequest);</w:t>
        <w:br/>
        <w:t xml:space="preserve">            Assert.assertTrue(vClassCutoffLessonResponse);</w:t>
        <w:br/>
        <w:t xml:space="preserve">            if (vClassCutoffLessonResponse) {</w:t>
        <w:br/>
        <w:t xml:space="preserve">                //to do something ......</w:t>
        <w:br/>
        <w:t xml:space="preserve">                log.debug("测试修改课节状态为禁止上课成功");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修改课节状态为禁止上课返回实体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6、恢复课节状态为可以上课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恢复课节状态为可以上课（如果课节已到达下课时间，则不允许再上课）</w:t>
        <w:br/>
        <w:t>接口地址（仅做说明使用）：https://api.polyv.net/hi-class-api/open/lesson/v1/%s/resume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testResumeLesson() throws IOException, NoSuchAlgorithmException {</w:t>
        <w:br/>
        <w:t xml:space="preserve">        VClassResumeLessonRequest vClassResumeLessonRequest;</w:t>
        <w:br/>
        <w:t xml:space="preserve">        Boolean vClassResumeLessonResponse;</w:t>
        <w:br/>
        <w:t xml:space="preserve">        try {</w:t>
        <w:br/>
        <w:t xml:space="preserve">            vClassResumeLessonRequest = VClassResumeLessonRequest.builder().lessonId(super.createLesson()).build();</w:t>
        <w:br/>
        <w:t xml:space="preserve">            vClassResumeLessonResponse = new VClassLessonServiceImpl().resumeLesson(vClassResumeLessonRequest);</w:t>
        <w:br/>
        <w:t xml:space="preserve">            Assert.assertTrue(vClassResumeLessonResponse);</w:t>
        <w:br/>
        <w:t xml:space="preserve">            if (vClassResumeLessonResponse) {</w:t>
        <w:br/>
        <w:t xml:space="preserve">                //to do something ......</w:t>
        <w:br/>
        <w:t xml:space="preserve">                log.debug("测试恢复课节状态为可以上课成功");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恢复课节状态为可以上课返回实体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7、查询课节实时状态和在线人数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查询课节实时状态和在线人数</w:t>
        <w:br/>
        <w:t>接口地址（仅做说明使用）：https://api.polyv.net/hi-class-api/open/lesson/v1/getLessonLiveInfo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testGetLessonLiveInfo() throws IOException, NoSuchAlgorithmException {</w:t>
        <w:br/>
        <w:t xml:space="preserve">        VClassGetLessonLiveInfoRequest vClassGetLessonLiveInfoRequest;</w:t>
        <w:br/>
        <w:t xml:space="preserve">        List&lt;VClassGetLessonLiveInfoResponse&gt; vClassGetLessonLiveInfoResponse;</w:t>
        <w:br/>
        <w:t xml:space="preserve">        try {</w:t>
        <w:br/>
        <w:t xml:space="preserve">            vClassGetLessonLiveInfoRequest = VClassGetLessonLiveInfoRequest.builder()</w:t>
        <w:br/>
        <w:t xml:space="preserve">                    .lessonIds(String.format("%s", super.createLesson()))</w:t>
        <w:br/>
        <w:t xml:space="preserve">                    .build();</w:t>
        <w:br/>
        <w:t xml:space="preserve">            vClassGetLessonLiveInfoResponse = new VClassLessonServiceImpl().getLessonLiveInfo(</w:t>
        <w:br/>
        <w:t xml:space="preserve">                    vClassGetLessonLiveInfoRequest);</w:t>
        <w:br/>
        <w:t xml:space="preserve">            Assert.assertNotNull(vClassGetLessonLiveInfoResponse);</w:t>
        <w:br/>
        <w:t xml:space="preserve">            if (vClassGetLessonLiveInfoResponse != null) {</w:t>
        <w:br/>
        <w:t xml:space="preserve">                //to do something ......</w:t>
        <w:br/>
        <w:t xml:space="preserve">                log.debug("测试查询课节实时状态和在线人数成功 {}", JSON.toJSONString(vClassGetLessonLiveInfoResponse));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1、请求正确，返回VClassGetLessonLiveInfoResponse对象，B端依据此对象处理业务逻辑；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课节号，以逗号分隔（上限100个课节） 例如：1015,1016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返回对象是List&amp;lt;VClassGetLessonLiveInfoResponse&amp;gt;，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VClassGetLessonLiveInfoResponse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timestamp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teacherOnlineCount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课节内老师人数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studentOnlineCount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课节内学生人数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课节状态 0：未开始 1：上课中 2：已下课 11：禁止上课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8、查询课节回放视频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查询课节回放视频</w:t>
        <w:br/>
        <w:t>接口地址（仅做说明使用）：https://api.polyv.net/hi-class-api/open/lesson/v1/getPlaybackVideo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testGetPlaybackVideo() throws IOException, NoSuchAlgorithmException {</w:t>
        <w:br/>
        <w:t xml:space="preserve">        VClassGetPlaybackVideoRequest vClassGetPlaybackVideoRequest;</w:t>
        <w:br/>
        <w:t xml:space="preserve">        List&lt;VClassGetPlaybackVideoResponse&gt; vClassGetPlaybackVideoResponse;</w:t>
        <w:br/>
        <w:t xml:space="preserve">        try {</w:t>
        <w:br/>
        <w:t xml:space="preserve">            vClassGetPlaybackVideoRequest = VClassGetPlaybackVideoRequest.builder()</w:t>
        <w:br/>
        <w:t xml:space="preserve">                    .lessonId(super.createLesson())</w:t>
        <w:br/>
        <w:t xml:space="preserve">                    .build();</w:t>
        <w:br/>
        <w:t xml:space="preserve">            vClassGetPlaybackVideoResponse = new VClassLessonServiceImpl().getPlaybackVideo(</w:t>
        <w:br/>
        <w:t xml:space="preserve">                    vClassGetPlaybackVideoRequest);</w:t>
        <w:br/>
        <w:t xml:space="preserve">            Assert.assertNotNull(vClassGetPlaybackVideoResponse);</w:t>
        <w:br/>
        <w:t xml:space="preserve">            if (vClassGetPlaybackVideoResponse != null) {</w:t>
        <w:br/>
        <w:t xml:space="preserve">                //to do something ......</w:t>
        <w:br/>
        <w:t xml:space="preserve">                log.debug("测试查询课节回放视频成功 {}", JSON.toJSONString(vClassGetPlaybackVideoResponse));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1、请求正确，返回VClassGetPlaybackVideoResponse对象，B端依据此对象处理业务逻辑；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返回对象是List&amp;lt;VClassGetPlaybackVideoResponse&amp;gt;，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VClassGetPlaybackVideoResponse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首屏截图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 60/61：已发布 10：等待编码 20：正在编码 40：编码失败 50：等待审核 51：审核不通过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视频链接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