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fileService</w:t>
      </w:r>
    </w:p>
    <w:p>
      <w:pPr>
        <w:pStyle w:val="Heading1"/>
      </w:pPr>
      <w:r>
        <w:t>1、上传文档到某个课节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上传课节文档接口</w:t>
        <w:br/>
        <w:t>接口地址（仅做说明使用）：https://api.polyv.net/hi-class-api/open/file/v1/upload-doc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2、上传的文件不超过50M，格式限制为（ppt， pdf，pptx，doc，docx，wps，xls，xlsx）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3、file和url只需要传递其中一个，如果传递了url和file，以file字段为准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testUploadDoc() throws IOException, NoSuchAlgorithmException {</w:t>
        <w:br/>
        <w:t xml:space="preserve">        VClassUploadDocRequest vClassUploadDocRequest;</w:t>
        <w:br/>
        <w:t xml:space="preserve">        VClassUploadDocResponse vClassUploadDocResponse;</w:t>
        <w:br/>
        <w:t xml:space="preserve">        try {</w:t>
        <w:br/>
        <w:t xml:space="preserve">            String path = VClassFileServiceTest.class.getResource("/file/PPT.pptx").getPath();</w:t>
        <w:br/>
        <w:t xml:space="preserve">            Long lessonId = super.createLesson();</w:t>
        <w:br/>
        <w:t xml:space="preserve">            vClassUploadDocRequest = VClassUploadDocRequest.builder()</w:t>
        <w:br/>
        <w:t xml:space="preserve">                    .lessonId(lessonId)</w:t>
        <w:br/>
        <w:t>//                    .file(new File(path))</w:t>
        <w:br/>
        <w:t xml:space="preserve">                    .url("https://help.polyv.net/third_res/PPT.pptx")</w:t>
        <w:br/>
        <w:t xml:space="preserve">                    .docName("测试上传文档")</w:t>
        <w:br/>
        <w:t xml:space="preserve">                    .callbackUrl("http://www.baidu.com/callback")</w:t>
        <w:br/>
        <w:t xml:space="preserve">                    .build();</w:t>
        <w:br/>
        <w:t xml:space="preserve">            vClassUploadDocResponse = new VClassFileServiceImpl().uploadDoc(vClassUploadDocRequest);</w:t>
        <w:br/>
        <w:t xml:space="preserve">            Assert.assertNotNull(vClassUploadDocResponse);</w:t>
        <w:br/>
        <w:t xml:space="preserve">            if (vClassUploadDocResponse != null) {</w:t>
        <w:br/>
        <w:t xml:space="preserve">                //to do something ......</w:t>
        <w:br/>
        <w:t xml:space="preserve">                log.debug("测试上传文档到某个课节成功 {}", JSON.toJSONString(vClassUploadDocResponse));</w:t>
        <w:br/>
        <w:t xml:space="preserve">                //TODO 此处创建完成后删除了文档，正式使用需删除该语句</w:t>
        <w:br/>
        <w:t xml:space="preserve">                super.deleteDoc(lessonId, vClassUploadDocResponse.getFileId());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1、请求正确，返回VClassUploadDocResponse对象，B端依据此对象处理业务逻辑；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上传的文件不超过50M，格式限制为（ppt， pdf，pptx，doc，docx，wps，xls，xlsx），file和url只需要传递其中一个，如果传递了url和file，以file字段为准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 common：转普通图片 animate：转动画效果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文档名称，默认不传使用ppt上传的文件获取到的文件名作为文档名称，文档名称不得超过100个字符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文档上传转换成功回调地址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文件地址url（需要可访问的地址），file和url只需要传递其中一个，如果传递了url和file，以file字段为准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 common：转普通图片 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 normal：正常 waitUpload：等待上传 failUpload：上传失败 waitConvert：转换PPT中 failConvert：转换PPT失败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2、查询课节已上传文档列表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获取课节文档列表</w:t>
        <w:br/>
        <w:t>接口地址（仅做说明使用）：https://api.polyv.net/hi-class-api/open/file/v1/doc-list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testListDoc() throws IOException, NoSuchAlgorithmException {</w:t>
        <w:br/>
        <w:t xml:space="preserve">        VClassDocListRequest vClassDocListRequest = new VClassDocListRequest();</w:t>
        <w:br/>
        <w:t xml:space="preserve">        VClassDocListResponse vClassDocListResponse;</w:t>
        <w:br/>
        <w:t xml:space="preserve">        try {</w:t>
        <w:br/>
        <w:t xml:space="preserve">            vClassDocListRequest.setLessonId(super.createLesson());</w:t>
        <w:br/>
        <w:t xml:space="preserve">            vClassDocListResponse = new VClassFileServiceImpl().listDoc(vClassDocListRequest);</w:t>
        <w:br/>
        <w:t xml:space="preserve">            Assert.assertNotNull(vClassDocListResponse);</w:t>
        <w:br/>
        <w:t xml:space="preserve">            if (vClassDocListResponse != null) {</w:t>
        <w:br/>
        <w:t xml:space="preserve">                //to do something ......</w:t>
        <w:br/>
        <w:t xml:space="preserve">                log.debug("测试查询课节已上传文档列表成功 {}", JSON.toJSONString(vClassDocListResponse));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1、请求正确，返回VClassDocListResponse对象，B端依据此对象处理业务逻辑；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文档状态，默认不传查询所有 normal：正常 waitUpload：等待上传 failUpload：上传失败 waitConvert：转换PPT中 failConvert：转换PPT失败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是否展示文档原文件地址，默认不传不展示 Y：是 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Doc参数描述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上传文档的内容的总页数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文档状态，不传默认查询所有 normal：正常 waitUpload：等待上传 failUpload：上传失败 waitConvert：转换PPT中 failConvert：转换PPT失败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 common：转普通图片 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ppt预览小图地址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previewBigImage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ppt预览大图地址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3、删除文档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删除课节文档接口</w:t>
        <w:br/>
        <w:t>接口地址（仅做说明使用）：https://api.polyv.net/hi-class-api/open/file/v1/delete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testDeleteDoc() throws IOException, NoSuchAlgorithmException {</w:t>
        <w:br/>
        <w:t xml:space="preserve">        VClassDeleteDocRequest vClassDeleteDocRequest;</w:t>
        <w:br/>
        <w:t xml:space="preserve">        Boolean vClassDeleteDocResponse;</w:t>
        <w:br/>
        <w:t xml:space="preserve">        try {</w:t>
        <w:br/>
        <w:t xml:space="preserve">            vClassDeleteDocRequest = VClassDeleteDocRequest.builder()</w:t>
        <w:br/>
        <w:t xml:space="preserve">                    .lessonId(super.createLesson())</w:t>
        <w:br/>
        <w:t xml:space="preserve">                    .fileId("5e4e4a18f2dcc89590bc3f8bc70c5da62771229common")</w:t>
        <w:br/>
        <w:t xml:space="preserve">                    .build();</w:t>
        <w:br/>
        <w:t xml:space="preserve">            vClassDeleteDocResponse = new VClassFileServiceImpl().deleteDoc(vClassDeleteDocRequest);</w:t>
        <w:br/>
        <w:t xml:space="preserve">            Assert.assertTrue(vClassDeleteDocResponse);</w:t>
        <w:br/>
        <w:t xml:space="preserve">            if (vClassDeleteDocResponse) {</w:t>
        <w:br/>
        <w:t xml:space="preserve">                //to do something ......</w:t>
        <w:br/>
        <w:t xml:space="preserve">                log.debug("测试删除文档成功");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文件ID，(如果有多个，可以用英文逗号隔开拼接成字符串)，该值来源参考【查询课节已上传文档列表】接口返回数据的data.contents[0].fileId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删除文档返回实体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