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code</w:t>
      </w:r>
    </w:p>
    <w:p>
      <w:pPr>
        <w:pStyle w:val="Heading1"/>
      </w:pPr>
      <w:r>
        <w:t>暂无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