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基于课节维度查询用户信息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1、基于课节维度查询用户信息</w:t>
        <w:br/>
        <w:t>2、接口支持https协议</w:t>
        <w:br/>
        <w:t>3、这里的数据只是纯业务统计数据，与计费无关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http://api.polyv.net/hi-class-api/open/statistics/v1/list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http://api.polyv.net/hi-class-api/open/statistics/v1/list?appId=z2gw5icesv&amp;sign=935F4C0CF3EB84A3EFB2BC691DB714A5&amp;timestamp=1631780657591&amp;lessonId=7594&amp;pageNumber=1&amp;pageSize=10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进入时间，格式：年月日时分秒  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离开房间，格式：年月日时分秒   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连麦时长，格式：时分秒 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操作系统，是Windows 还是Mac；安卓，iOS；其他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浏览器，例如Chrome 93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运营商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基于课节维度查询用户信息</w:t>
        <w:br/>
        <w:t xml:space="preserve"> * @throws IOException</w:t>
        <w:br/>
        <w:t xml:space="preserve"> */</w:t>
        <w:br/>
        <w:t>@Test</w:t>
        <w:br/>
        <w:t>public void testGetDocList() throws IOException, NoSuchAlgorithmException {</w:t>
        <w:br/>
        <w:t xml:space="preserve">    //公共参数,填写自己的实际参数</w:t>
        <w:br/>
        <w:t xml:space="preserve">    String appId = this.appId;</w:t>
        <w:br/>
        <w:t xml:space="preserve">    String appSecret = this.appSecret;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"http://api.polyv.net/hi-class-api/open/statistics/v1/list";</w:t>
        <w:br/>
        <w:t xml:space="preserve">    String lessonId = "7190";</w:t>
        <w:br/>
        <w:t xml:space="preserve">    String pageNumber = "1";</w:t>
        <w:br/>
        <w:t xml:space="preserve">    String pageSize = "5";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requestMap.put("lessonId", lessonId);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log.info("测试基于课节维度查询用户信息：{}",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"data": {</w:t>
        <w:br/>
        <w:t xml:space="preserve">        "pageNumber": 1,</w:t>
        <w:br/>
        <w:t xml:space="preserve">        "pageSize": 2,</w:t>
        <w:br/>
        <w:t xml:space="preserve">        "totalPages": 3,</w:t>
        <w:br/>
        <w:t xml:space="preserve">        "totalItems": 5,</w:t>
        <w:br/>
        <w:t xml:space="preserve">        "contents": [</w:t>
        <w:br/>
        <w:t xml:space="preserve">            {</w:t>
        <w:br/>
        <w:t xml:space="preserve">                "viewerId": "viewer_a",</w:t>
        <w:br/>
        <w:t xml:space="preserve">                "nickname": "aaa",</w:t>
        <w:br/>
        <w:t xml:space="preserve">                "startTime": "2021-10-01 11:11:01",</w:t>
        <w:br/>
        <w:t xml:space="preserve">                "endTime": "2021-10-01 11:11:12",</w:t>
        <w:br/>
        <w:t xml:space="preserve">                "joinDuration": "01:01:14",</w:t>
        <w:br/>
        <w:t xml:space="preserve">                "userAgent": "Mozilla/5.0 (Windows NT 10.0; Win64; x64) AppleWebKit/537.36 (KHTML, like Gecko) Chrome/89.0.4389.90 Safari/537.36 Edg/89.0.774.57",</w:t>
        <w:br/>
        <w:t xml:space="preserve">                "operatingSystem": "windows",</w:t>
        <w:br/>
        <w:t xml:space="preserve">                "browser": "chrome 94",</w:t>
        <w:br/>
        <w:t xml:space="preserve">                "ip": "127.0.0.1",</w:t>
        <w:br/>
        <w:t xml:space="preserve">                "isp": "电信",</w:t>
        <w:br/>
        <w:t xml:space="preserve">                "country": "中国",</w:t>
        <w:br/>
        <w:t xml:space="preserve">                "province": "广东",</w:t>
        <w:br/>
        <w:t xml:space="preserve">                "city": "广州"</w:t>
        <w:br/>
        <w:t xml:space="preserve">            },</w:t>
        <w:br/>
        <w:t xml:space="preserve">            {</w:t>
        <w:br/>
        <w:t xml:space="preserve">                "viewerId": "viewer_b",</w:t>
        <w:br/>
        <w:t xml:space="preserve">                "nickname": "aaa_bbbb",</w:t>
        <w:br/>
        <w:t xml:space="preserve">                "startTime": "2021-10-01 11:10:01",</w:t>
        <w:br/>
        <w:t xml:space="preserve">                "endTime": "2021-10-01 11:10:12",</w:t>
        <w:br/>
        <w:t xml:space="preserve">                "joinDuration": "01:01:14",</w:t>
        <w:br/>
        <w:t xml:space="preserve">                "userAgent": "Mozilla/5.0 (Windows NT 10.0; Win64; x64) AppleWebKit/537.36 (KHTML, like Gecko) Chrome/89.0.4389.90 Safari/537.36 Edg/89.0.774.57",</w:t>
        <w:br/>
        <w:t xml:space="preserve">                "operatingSystem": "windows",</w:t>
        <w:br/>
        <w:t xml:space="preserve">                "browser": "chrome 94",</w:t>
        <w:br/>
        <w:t xml:space="preserve">                "ip": "127.0.0.1",</w:t>
        <w:br/>
        <w:t xml:space="preserve">                "isp": "移动",</w:t>
        <w:br/>
        <w:t xml:space="preserve">                "country": "中国",</w:t>
        <w:br/>
        <w:t xml:space="preserve">                "province": "广东",</w:t>
        <w:br/>
        <w:t xml:space="preserve">                "city": "广州"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"data": "",</w:t>
        <w:br/>
        <w:t xml:space="preserve">  "error": {</w:t>
        <w:br/>
        <w:t xml:space="preserve">    "code": xx,</w:t>
        <w:br/>
        <w:t xml:space="preserve">    "desc": "错误描述"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基于课节维度查询用户信息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