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快速接入示例</w:t>
      </w:r>
    </w:p>
    <w:p>
      <w:pPr>
        <w:pStyle w:val="Heading1"/>
      </w:pPr>
      <w:r>
        <w:t>示例代码接入前提条件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在对接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保利威直播API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示例代码</w:t>
      </w:r>
      <w:r>
        <w:rPr>
          <w:rFonts w:ascii="Source Han Sans SC" w:hAnsi="Source Han Sans SC" w:eastAsia="Source Han Sans SC" w:cs="Source Han Sans SC" w:hint="eastAsia"/>
          <w:sz w:val="21"/>
        </w:rPr>
        <w:t>支持JDK 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1.报文协议</w:t>
      </w:r>
    </w:p>
    <w:p>
      <w:pPr>
        <w:pStyle w:val="Heading2"/>
      </w:pPr>
      <w:r>
        <w:t>1.1 Protocol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 1.0/1.1</w:t>
      </w:r>
    </w:p>
    <w:p>
      <w:pPr>
        <w:pStyle w:val="Heading2"/>
      </w:pPr>
      <w:r>
        <w:t>1.2 Header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Method: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Content-Type = application/json;charset=UTF-8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Accept = application/json;charset=UTF-8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Method: 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Content-Type = application/json;charset=UTF-8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Accept = application/json;charset=UTF-8</w:t>
      </w:r>
    </w:p>
    <w:p>
      <w:pPr>
        <w:pStyle w:val="Heading1"/>
      </w:pPr>
      <w:r>
        <w:t>2.添加Maven依赖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&lt;properties&gt;</w:t>
        <w:br/>
        <w:t xml:space="preserve">        &lt;maven.compiler.source&gt;8&lt;/maven.compiler.source&gt;</w:t>
        <w:br/>
        <w:t xml:space="preserve">        &lt;maven.compiler.target&gt;8&lt;/maven.compiler.target&gt;</w:t>
        <w:br/>
        <w:t xml:space="preserve">        &lt;httpclient.version&gt;4.5.13&lt;/httpclient.version&gt;</w:t>
        <w:br/>
        <w:t xml:space="preserve">        &lt;slf4j.version&gt;1.7.30&lt;/slf4j.version&gt;</w:t>
        <w:br/>
        <w:t xml:space="preserve">        &lt;lombok.version&gt;1.18.16&lt;/lombok.version&gt;</w:t>
        <w:br/>
        <w:t xml:space="preserve">        &lt;fastjson.version&gt;1.2.70&lt;/fastjson.version&gt;</w:t>
        <w:br/>
        <w:t xml:space="preserve">        &lt;junit.version&gt;4.12&lt;/junit.version&gt;</w:t>
        <w:br/>
        <w:t xml:space="preserve">    &lt;/properties&gt;</w:t>
        <w:br/>
        <w:br/>
        <w:t xml:space="preserve">    &lt;dependencies&gt;</w:t>
        <w:br/>
        <w:t xml:space="preserve">        &lt;!-- 基本工具 --&gt;</w:t>
        <w:br/>
        <w:t xml:space="preserve">        &lt;dependency&gt;</w:t>
        <w:br/>
        <w:t xml:space="preserve">            &lt;groupId&gt;org.apache.httpcomponents&lt;/groupId&gt;</w:t>
        <w:br/>
        <w:t xml:space="preserve">            &lt;artifactId&gt;httpclient&lt;/artifactId&gt;</w:t>
        <w:br/>
        <w:t xml:space="preserve">            &lt;version&gt;${httpclient.version}&lt;/version&gt;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&lt;groupId&gt;org.apache.httpcomponents&lt;/groupId&gt;</w:t>
        <w:br/>
        <w:t xml:space="preserve">            &lt;artifactId&gt;httpmime&lt;/artifactId&gt;</w:t>
        <w:br/>
        <w:t xml:space="preserve">            &lt;version&gt;${httpclient.version}&lt;/version&gt;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&lt;groupId&gt;org.slf4j&lt;/groupId&gt;</w:t>
        <w:br/>
        <w:t xml:space="preserve">            &lt;artifactId&gt;slf4j-api&lt;/artifactId&gt;</w:t>
        <w:br/>
        <w:t xml:space="preserve">            &lt;version&gt;${slf4j.version}&lt;/version&gt;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&lt;groupId&gt;org.slf4j&lt;/groupId&gt;</w:t>
        <w:br/>
        <w:t xml:space="preserve">            &lt;artifactId&gt;slf4j-simple&lt;/artifactId&gt;</w:t>
        <w:br/>
        <w:t xml:space="preserve">            &lt;version&gt;${slf4j.version}&lt;/version&gt;</w:t>
        <w:br/>
        <w:t xml:space="preserve">        &lt;/dependency&gt;</w:t>
        <w:br/>
        <w:t xml:space="preserve">        &lt;dependency&gt;</w:t>
        <w:br/>
        <w:t xml:space="preserve">            &lt;groupId&gt;junit&lt;/groupId&gt;</w:t>
        <w:br/>
        <w:t xml:space="preserve">            &lt;artifactId&gt;junit&lt;/artifactId&gt;</w:t>
        <w:br/>
        <w:t xml:space="preserve">            &lt;version&gt;${junit.version}&lt;/version&gt;</w:t>
        <w:br/>
        <w:t xml:space="preserve">            &lt;scope&gt;test&lt;/scope&gt;</w:t>
        <w:br/>
        <w:t xml:space="preserve">        &lt;/dependency&gt;</w:t>
        <w:br/>
        <w:t xml:space="preserve">    &lt;/dependencies&gt;</w:t>
        <w:br/>
      </w:r>
    </w:p>
    <w:p>
      <w:pPr>
        <w:pStyle w:val="Heading1"/>
      </w:pPr>
      <w:r>
        <w:t>3.系统基础代码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pStyle w:val="Heading1"/>
      </w:pPr>
      <w:r>
        <w:t>4.执行测试代码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&amp;emsp;&amp;emsp;测试依据频道分类ID修改直播频道分类名称，单元测试代码如下：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net.polyv.live.account;</w:t>
        <w:br/>
        <w:br/>
        <w:t>import net.polyv.LiveBaseTest;</w:t>
        <w:br/>
        <w:t>import net.polyv.util.HttpUtil;</w:t>
        <w:br/>
        <w:t>import net.polyv.util.LiveSignUtil;</w:t>
        <w:br/>
        <w:t>import org.junit.Test;</w:t>
        <w:br/>
        <w:t>import org.slf4j.Logger;</w:t>
        <w:br/>
        <w:t>import org.slf4j.LoggerFactory;</w:t>
        <w:br/>
        <w:br/>
        <w:t>import java.io.IOException;</w:t>
        <w:br/>
        <w:t>import java.security.NoSuchAlgorithmException;</w:t>
        <w:br/>
        <w:t>import java.util.HashMap;</w:t>
        <w:br/>
        <w:t>import java.util.Map;</w:t>
        <w:br/>
        <w:br/>
        <w:t>public class AccountTest extends LiveBaseTest {</w:t>
        <w:br/>
        <w:br/>
        <w:t xml:space="preserve">    private static final Logger log = LoggerFactory.getLogger(AccountTest.class);</w:t>
        <w:br/>
        <w:t xml:space="preserve">    /**</w:t>
        <w:br/>
        <w:t xml:space="preserve">     * 修改直播频道分类名称</w:t>
        <w:br/>
        <w:t xml:space="preserve">     * @throws IOException</w:t>
        <w:br/>
        <w:t xml:space="preserve">     */</w:t>
        <w:br/>
        <w:t xml:space="preserve">    @Test</w:t>
        <w:br/>
        <w:t xml:space="preserve">    public void testUpdateCategoryName() throws IOException, NoSuchAlgorithmException {</w:t>
        <w:br/>
        <w:t xml:space="preserve">        //公共参数,填写自己的实际参数</w:t>
        <w:br/>
        <w:t xml:space="preserve">        String appId=super.appId;</w:t>
        <w:br/>
        <w:t xml:space="preserve">        String appSecret=super.appSecret;</w:t>
        <w:br/>
        <w:t xml:space="preserve">        String userId = super.userId;</w:t>
        <w:br/>
        <w:t xml:space="preserve">        String timestamp=String.valueOf(System.currentTimeMillis());</w:t>
        <w:br/>
        <w:t xml:space="preserve">        //业务参数</w:t>
        <w:br/>
        <w:t xml:space="preserve">        String url = "http://api.polyv.net/small-class/xx/xx";</w:t>
        <w:br/>
        <w:t xml:space="preserve">        String categoryId = "345134";</w:t>
        <w:br/>
        <w:t xml:space="preserve">        String categoryName = "分类234";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requestMap.put("categoryId",categoryId);</w:t>
        <w:br/>
        <w:t xml:space="preserve">        requestMap.put("categoryName",categoryName);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log.info("测试修改直播频道分类名称，返回值：{}",response);</w:t>
        <w:br/>
        <w:t xml:space="preserve">        //do somethings</w:t>
        <w:br/>
        <w:br/>
        <w:t xml:space="preserve">  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&amp;emsp;&amp;emsp;执行代码后，控制台应有如下关键输出，表示接入成功：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测试修改直播频道分类名称接口返回值：{"code":200,"status":"success","message":"","data":""}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