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更新课节信息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1、更新课节信息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课节名称，长度1~128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开始时间，格式为: 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上课时长，单位: 分钟，5~180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连麦人数，0~16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autoConnectMicroEnabled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是否自动连麦Y：自动连麦N：手动上麦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autoRecordCourseEnabled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是否自动录制课程Y：自动录制N：手动录制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watchCondition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观看条件NULL：无条件CODE：验证码WHITE_LIST：白名单DIRECT：独立授权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当观看条件为CODE时需要填写观看验证码（限制16位以内）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secretKey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观看条件为独立授权时传，不传则后台自动生成（限制32位以内）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录制清晰度, 720, 1080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playResolution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上课清晰度, 360（如果需要设置更高的清晰度，请联系相关工作人员）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封面地址URL，长度1~255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老师id，如不传，则不更新，如果传入的是新的id，则根据下列老师信息创新一个新的老师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老师名称，如传入的信息可以查找到现有老师，会更新老师名称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老师登录手机区号，默认 +86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老师手机号，长度5~15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老师密码，长度6~8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http://api.polyv.net/hi-class-api/open/lesson/v1/update?appId=frlr1zazn3&amp;sign=FBEFF2002BBF2A78DD1639A06F590A7C&amp;timestamp=1634629627718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"5678",</w:t>
        <w:br/>
        <w:t xml:space="preserve">    "linkNumber": "1",</w:t>
        <w:br/>
        <w:t xml:space="preserve">    "teacherName": "六老师",</w:t>
        <w:br/>
        <w:t xml:space="preserve">    "lessonId": "8970",</w:t>
        <w:br/>
        <w:t xml:space="preserve">    "playResolution": "360",</w:t>
        <w:br/>
        <w:t xml:space="preserve">    "teacherCode": "+86",</w:t>
        <w:br/>
        <w:t xml:space="preserve">    "resolution": "720",</w:t>
        <w:br/>
        <w:t xml:space="preserve">    "duration": "60",</w:t>
        <w:br/>
        <w:t xml:space="preserve">    "cover": "https://liveimages.videocc.net/uploaded/images/2021/08/g1xcu49u12.jpg",</w:t>
        <w:br/>
        <w:t xml:space="preserve">    "watchCondition": "CODE",</w:t>
        <w:br/>
        <w:t xml:space="preserve">    "teacherId": "g3fdl05syf",</w:t>
        <w:br/>
        <w:t xml:space="preserve">    "name": "测试修改课节",</w:t>
        <w:br/>
        <w:t xml:space="preserve">    "teacherMobile": "15555555555",</w:t>
        <w:br/>
        <w:t xml:space="preserve">    "startTime": "1634630909795",</w:t>
        <w:br/>
        <w:t xml:space="preserve">    "autoConnectMicroEnabled": "N",</w:t>
        <w:br/>
        <w:t xml:space="preserve">    "teacherPasswd": "123456"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请求失败时为空，请求成功时为更新状态信息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ture:成功; false:失败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LoggerFactory.getLogger(VClassLessonTest.class);</w:t>
        <w:br/>
        <w:t>/**</w:t>
        <w:br/>
        <w:t xml:space="preserve"> * 更新课节信息</w:t>
        <w:br/>
        <w:t xml:space="preserve"> * @throws IOException</w:t>
        <w:br/>
        <w:t xml:space="preserve"> */</w:t>
        <w:br/>
        <w:t>@Test</w:t>
        <w:br/>
        <w:t>public void updateLesson()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"http://api.polyv.net/hi-class-api/open/lesson/v1/update";</w:t>
        <w:br/>
        <w:t xml:space="preserve">    String lessonId = "8970";</w:t>
        <w:br/>
        <w:t xml:space="preserve">    String name = "测试修改课节";</w:t>
        <w:br/>
        <w:t xml:space="preserve">    String startTime = "1634630909795";</w:t>
        <w:br/>
        <w:t xml:space="preserve">    String duration = "60";</w:t>
        <w:br/>
        <w:t xml:space="preserve">    String linkNumber = "1";</w:t>
        <w:br/>
        <w:t xml:space="preserve">    String autoConnectMicroEnabled = "N";</w:t>
        <w:br/>
        <w:t xml:space="preserve">    String watchCondition = "CODE";</w:t>
        <w:br/>
        <w:t xml:space="preserve">    String code = "5678";</w:t>
        <w:br/>
        <w:t xml:space="preserve">    String resolution = "720";</w:t>
        <w:br/>
        <w:t xml:space="preserve">    String playResolution = "360";</w:t>
        <w:br/>
        <w:t xml:space="preserve">    String cover = "https://liveimages.videocc.net/uploaded/images/2021/08/g1xcu49u12.jpg";</w:t>
        <w:br/>
        <w:t xml:space="preserve">    String teacherId = "g3fdl05syf";</w:t>
        <w:br/>
        <w:t xml:space="preserve">    String teacherName = "六老师";</w:t>
        <w:br/>
        <w:t xml:space="preserve">    String teacherCode = "+86";</w:t>
        <w:br/>
        <w:t xml:space="preserve">    String teacherMobile = "15555555555";</w:t>
        <w:br/>
        <w:t xml:space="preserve">    String teacherPasswd = "123456";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Map&lt;String, Object&gt; jsonMap = new HashMap&lt;&gt;();</w:t>
        <w:br/>
        <w:t xml:space="preserve">    jsonMap.put("lessonId", lessonId);</w:t>
        <w:br/>
        <w:t xml:space="preserve">    jsonMap.put("name", name);</w:t>
        <w:br/>
        <w:t xml:space="preserve">    jsonMap.put("startTime", startTime);</w:t>
        <w:br/>
        <w:t xml:space="preserve">    jsonMap.put("duration", duration);</w:t>
        <w:br/>
        <w:t xml:space="preserve">    jsonMap.put("linkNumber", linkNumber);</w:t>
        <w:br/>
        <w:t xml:space="preserve">    jsonMap.put("autoConnectMicroEnabled", autoConnectMicroEnabled);</w:t>
        <w:br/>
        <w:t xml:space="preserve">    jsonMap.put("watchCondition", watchCondition);</w:t>
        <w:br/>
        <w:t xml:space="preserve">    jsonMap.put("code", code);</w:t>
        <w:br/>
        <w:t xml:space="preserve">    jsonMap.put("resolution", resolution);</w:t>
        <w:br/>
        <w:t xml:space="preserve">    jsonMap.put("playResolution", playResolution);</w:t>
        <w:br/>
        <w:t xml:space="preserve">    jsonMap.put("cover", cover);</w:t>
        <w:br/>
        <w:t xml:space="preserve">    jsonMap.put("teacherId", teacherId);</w:t>
        <w:br/>
        <w:t xml:space="preserve">    jsonMap.put("teacherName", teacherName);</w:t>
        <w:br/>
        <w:t xml:space="preserve">    jsonMap.put("teacherCode", teacherCode);</w:t>
        <w:br/>
        <w:t xml:space="preserve">    jsonMap.put("teacherMobile", teacherMobile);</w:t>
        <w:br/>
        <w:t xml:space="preserve">    jsonMap.put("teacherPasswd", teacherPasswd);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t xml:space="preserve">    log.info("测试修改课节成功：{}",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"5bc5c3a4a88a487192cb0256b1dadb7f.97.16346296311239761",</w:t>
        <w:br/>
        <w:t xml:space="preserve">    "data": {</w:t>
        <w:br/>
        <w:t xml:space="preserve">        "status": true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"data": "",</w:t>
        <w:br/>
        <w:t xml:space="preserve">    "error": {</w:t>
        <w:br/>
        <w:t xml:space="preserve">      "code": xx,</w:t>
        <w:br/>
        <w:t xml:space="preserve">      "desc": "错误描述"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更新课节信息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