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查询课节回放视频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1、查询课节回放视频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https://api.polyv.net/hi-class-api/open/lesson/v1/getPlaybackVideo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http://api.polyv.net/hi-class-api/open/lesson/v1/getPlaybackVideo?appId=fyirmfdak4&amp;timestamp=1638782295111&amp;sign=4FFEE70C353D7F97F9D9057A8A72E453&amp;lessonId=1015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请求失败时为空，请求成功时为响应信息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lessonName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课节名称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首屏截图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视频状态码60/61：已发布10：等待编码20：正在编码40：编码失败50：等待审核51：审核不通过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视频创建时间 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视频文件大小，单位：Bytes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视频链接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/**</w:t>
        <w:br/>
        <w:t xml:space="preserve">     * 查询课节回放视频</w:t>
        <w:br/>
        <w:t xml:space="preserve">     * @throws IOException</w:t>
        <w:br/>
        <w:t xml:space="preserve">     * @throws NoSuchAlgorithmException</w:t>
        <w:br/>
        <w:t xml:space="preserve">     */</w:t>
        <w:br/>
        <w:t xml:space="preserve">    @Test</w:t>
        <w:br/>
        <w:t xml:space="preserve">    public void getPlaybackVideo() throws IOException,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userId = super.userId;</w:t>
        <w:br/>
        <w:t xml:space="preserve">        String timestamp = String.valueOf(System.currentTimeMillis());</w:t>
        <w:br/>
        <w:t xml:space="preserve">        //业务参数</w:t>
        <w:br/>
        <w:t xml:space="preserve">        String url = "https://api.polyv.net/hi-class-api/open/lesson/v1/getPlaybackVideo";</w:t>
        <w:br/>
        <w:t xml:space="preserve">        String lessonId = "1015";</w:t>
        <w:br/>
        <w:br/>
        <w:t xml:space="preserve">        //http 调用逻辑</w:t>
        <w:br/>
        <w:t xml:space="preserve">        Map&lt;String,String&gt; requestMap = new HashMap&lt;&gt;();</w:t>
        <w:br/>
        <w:t xml:space="preserve">        requestMap.put("appId", appId);</w:t>
        <w:br/>
        <w:t xml:space="preserve">        requestMap.put("timestamp",timestamp);</w:t>
        <w:br/>
        <w:t xml:space="preserve">        requestMap.put("lessonId",lessonId);</w:t>
        <w:br/>
        <w:t xml:space="preserve">        requestMap.put("sign",LiveSignUtil.getSign(requestMap, appSecret));</w:t>
        <w:br/>
        <w:t xml:space="preserve">        String response = HttpUtil.get(url, requestMap);</w:t>
        <w:br/>
        <w:t xml:space="preserve">        log.info("查询课节回放视频：{}",response);</w:t>
        <w:br/>
        <w:t xml:space="preserve">        //do somethings</w:t>
        <w:br/>
        <w:t xml:space="preserve">    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"data": [</w:t>
        <w:br/>
        <w:t xml:space="preserve">    {</w:t>
        <w:br/>
        <w:t xml:space="preserve">      "lessonId": "1015",</w:t>
        <w:br/>
        <w:t xml:space="preserve">      "lessonName": "课节1015",</w:t>
        <w:br/>
        <w:t xml:space="preserve">      "firstImage": "//s1.videocc.net/default-img/small-class/default-cover.png",</w:t>
        <w:br/>
        <w:t xml:space="preserve">      "duration": "00:00:36",</w:t>
        <w:br/>
        <w:t xml:space="preserve">      "vid": "43f5f9caa2028deb711233444540e5964_4",</w:t>
        <w:br/>
        <w:t xml:space="preserve">      "status": "61",</w:t>
        <w:br/>
        <w:t xml:space="preserve">      "createTime": "2021-11-08 10:21:32",</w:t>
        <w:br/>
        <w:t xml:space="preserve">      "videoSize": 1095207,</w:t>
        <w:br/>
        <w:t xml:space="preserve">      "playTimes": "0",</w:t>
        <w:br/>
        <w:t xml:space="preserve">      "url": "http://mpv.videocc.net/43f5f9caa2/4/43f5f9caa2028deb711233444540e5964_4.mp4"</w:t>
        <w:br/>
        <w:t xml:space="preserve">    }</w:t>
        <w:br/>
        <w:t xml:space="preserve">  ],</w:t>
        <w:br/>
        <w:t xml:space="preserve">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"error": {</w:t>
        <w:br/>
        <w:t xml:space="preserve">    "code": 20012,</w:t>
        <w:br/>
        <w:t xml:space="preserve">    "desc": "课节不存在"</w:t>
        <w:br/>
        <w:t xml:space="preserve">  },</w:t>
        <w:br/>
        <w:t xml:space="preserve">  "data": null,</w:t>
        <w:br/>
        <w:t xml:space="preserve">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查询课节回放视频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