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查询课节实时状态和在线人数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1、查询课节实时状态和在线人数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https://api.polyv.net/hi-class-api/open/lesson/v1/getLessonLiveInfo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课节号，以逗号分隔（上限100个课节）  例如：1015,1016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http://api.polyv.net/hi-class-api/open/lesson/v1/getLessonLiveInfo?appId=fyirmfdak4&amp;timestamp=1638782295111&amp;sign=4FFEE70C353D7F97F9D9057A8A72E453&amp;lessonIds=1015,1016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请求失败时为空，请求成功时为响应信息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teacherOnlineCount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课节内老师人数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studentOnlineCount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课节内学生人数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课节状态0：未开始1：上课中2：已下课11：禁止上课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查询课节实时状态和在线人数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getLessonLiveInfo()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"https://api.polyv.net/hi-class-api/open/lesson/v1/getLessonLiveInfo";</w:t>
        <w:br/>
        <w:t xml:space="preserve">        String lessonIds = "1015,1016";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requestMap.put("lessonIds",lessonIds);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log.info("查询课节实时状态和在线人数：{}",response);</w:t>
        <w:br/>
        <w:t xml:space="preserve">        //do somethings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[{</w:t>
        <w:br/>
        <w:t xml:space="preserve">    "lessonId": 1015,</w:t>
        <w:br/>
        <w:t xml:space="preserve">    "timestamp": 1638782349207,</w:t>
        <w:br/>
        <w:t xml:space="preserve">    "teacherOnlineCount": 1,</w:t>
        <w:br/>
        <w:t xml:space="preserve">    "studentOnlineCount": 9,</w:t>
        <w:br/>
        <w:t xml:space="preserve">    "status": 1</w:t>
        <w:br/>
        <w:t xml:space="preserve">  }, {</w:t>
        <w:br/>
        <w:t xml:space="preserve">    "lessonId": 1016,</w:t>
        <w:br/>
        <w:t xml:space="preserve">    "timestamp": 1638782349207,</w:t>
        <w:br/>
        <w:t xml:space="preserve">    "teacherOnlineCount": 0,</w:t>
        <w:br/>
        <w:t xml:space="preserve">    "studentOnlineCount": 0,</w:t>
        <w:br/>
        <w:t xml:space="preserve">    "status": 11</w:t>
        <w:br/>
        <w:t xml:space="preserve">  }],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20046,</w:t>
        <w:br/>
        <w:t xml:space="preserve">    "desc": "参数输入超限"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查询课节实时状态和在线人数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