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获取课节信息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1、获取课节信息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http://api.polyv.net/hi-class-api/open/lesson/v1/get?appId=frlr1zazn3&amp;sign=A80D0E7115D0D1BF5648AE2AB123C0FD&amp;timestamp=1621839827266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"lessonId": 1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请求失败时为空，请求成功时为课节信息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开始时间，格式为: 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结束时间，格式为: 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课节状态0：未开始1：上课中2：已下课11：禁止上课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 0 - 16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是否自动连麦Y：自动连麦N：手动上麦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是否自动录制课程Y：自动录制N：手动录制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观看条件NULL：无条件CODE：验证码WHITE_LIST：白名单DIRECT：独立授权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观看密码，当观看条件为CODE时需要填写密码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授权观看KEY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获取课节信息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getLesson()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"http://api.polyv.net/hi-class-api/open/lesson/v1/get";</w:t>
        <w:br/>
        <w:t xml:space="preserve">        String lessonId = "8970";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requestMap.put("sign", LiveSignUtil.getSign(requestMap, appSecret));</w:t>
        <w:br/>
        <w:br/>
        <w:t xml:space="preserve">        Map&lt;String, Object&gt; jsonMap = new HashMap&lt;&gt;();</w:t>
        <w:br/>
        <w:t xml:space="preserve">        jsonMap.put("lessonId", lessonId);</w:t>
        <w:br/>
        <w:br/>
        <w:t xml:space="preserve">        url = HttpUtil.appendUrl(url, requestMap);</w:t>
        <w:br/>
        <w:t xml:space="preserve">        String response = HttpUtil.postJsonBody(url, JSON.toJSONString(jsonMap), null);</w:t>
        <w:br/>
        <w:t xml:space="preserve">        log.info("测试获取课节信息成功：{}", response);</w:t>
        <w:br/>
        <w:t xml:space="preserve">        //do somethings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"data": {</w:t>
        <w:br/>
        <w:tab/>
        <w:tab/>
        <w:t>"lessonId": 3,</w:t>
        <w:br/>
        <w:tab/>
        <w:tab/>
        <w:t>"lessonCode": "bmv87857",</w:t>
        <w:br/>
        <w:tab/>
        <w:tab/>
        <w:t>"name": "课节ABC",</w:t>
        <w:br/>
        <w:tab/>
        <w:tab/>
        <w:t>"status": 0,</w:t>
        <w:br/>
        <w:tab/>
        <w:tab/>
        <w:t>"startTime": "2021-06-16 18:23",</w:t>
        <w:br/>
        <w:tab/>
        <w:tab/>
        <w:t>"endTime": "2021-06-16 19:03",</w:t>
        <w:br/>
        <w:tab/>
        <w:tab/>
        <w:t>"duration": 40,</w:t>
        <w:br/>
        <w:tab/>
        <w:tab/>
        <w:t>"cover": "//s1.videocc.net/default-img/small-class/default-cover.png",</w:t>
        <w:br/>
        <w:tab/>
        <w:tab/>
        <w:t>"teacherId": "fzkl43t2k1",</w:t>
        <w:br/>
        <w:tab/>
        <w:tab/>
        <w:t>"teacherName": "张老师",</w:t>
        <w:br/>
        <w:tab/>
        <w:tab/>
        <w:t>"webStartUrl": "https://s.vclass.com/live-web-hi-class/teacher/login?lessonId=3",</w:t>
        <w:br/>
        <w:tab/>
        <w:tab/>
        <w:t>"watchStartUrl": "https://s.vclass.com/live-web-hi-class/student/login?lessonId=3",</w:t>
        <w:br/>
        <w:tab/>
        <w:tab/>
        <w:t>"aloneWatch": "N",</w:t>
        <w:br/>
        <w:tab/>
        <w:tab/>
        <w:t>"teacherCode": "+86",</w:t>
        <w:br/>
        <w:tab/>
        <w:tab/>
        <w:t>"teacherMobile": "150188750789",</w:t>
        <w:br/>
        <w:tab/>
        <w:tab/>
        <w:t>"teacherPasswd": "123456",</w:t>
        <w:br/>
        <w:tab/>
        <w:tab/>
        <w:t>"linkNumber": 1,</w:t>
        <w:br/>
        <w:tab/>
        <w:tab/>
        <w:t>"autoConnectMicroEnabled": "Y",</w:t>
        <w:br/>
        <w:tab/>
        <w:tab/>
        <w:t>"autoRecordCourseEnabled": "Y"</w:t>
        <w:br/>
        <w:tab/>
        <w:t>},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"data": "",</w:t>
        <w:br/>
        <w:t xml:space="preserve">  "error": {</w:t>
        <w:br/>
        <w:t xml:space="preserve">    "code": xx,</w:t>
        <w:br/>
        <w:t xml:space="preserve">    "desc": "错误描述"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获取课节信息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