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删除课节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1、删除课节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http://api.polyv.net/hi-class-api/open/lesson/v1/delete?appId=frlr1zazn3&amp;sign=179E93416D4144C920428C0325436FF2&amp;timestamp=1634629905501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"lessonId": "8970"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请求失败时为空，请求成功时删除状态信息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ture:成功; false:失败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LoggerFactory.getLogger(VClassLessonTest.class);</w:t>
        <w:br/>
        <w:t>/**</w:t>
        <w:br/>
        <w:t xml:space="preserve"> * 删除课节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deleteLesson()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"http://api.polyv.net/hi-class-api/open/lesson/v1/delete";</w:t>
        <w:br/>
        <w:t xml:space="preserve">    String lessonId = "8970";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Map&lt;String, Object&gt; jsonMap = new HashMap&lt;&gt;();</w:t>
        <w:br/>
        <w:t xml:space="preserve">    jsonMap.put("lessonId", lessonId);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t xml:space="preserve">    log.info("测试删除课节成功：{}",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"5bc5c3a4a88a487192cb0256b1dadb7f.97.16346299090189905",</w:t>
        <w:br/>
        <w:t xml:space="preserve">    "data": {</w:t>
        <w:br/>
        <w:t xml:space="preserve">        "status": false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"data": "",</w:t>
        <w:br/>
        <w:t xml:space="preserve">  "error": {</w:t>
        <w:br/>
        <w:t xml:space="preserve">    "code": xx,</w:t>
        <w:br/>
        <w:t xml:space="preserve">    "desc": "错误描述"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删除课节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