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查询课节已上传文档列表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1、获取课节文档列表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http://api.polyv.net/hi-class-api/open/file/v1/doc-list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文档状态，默认不传查询所有normal：正常waitUpload：等待上传failUpload：上传失败waitConvert：转换PPT中failConvert：转换PPT失败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第几页，默认不传显示第一页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每页显示几条数据，默认不传显示10条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是否展示文档原文件地址，默认不传不展示Y：是N：否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http://api.polyv.net/hi-class-api/open/file/v1/doc-list?isShowUrl=Y&amp;appId=z2gw5icesv&amp;limit=10&amp;sign=935F4C0CF3EB84A3EFB2BC691DB714A5&amp;page=1&amp;lessonId=6707&amp;timestamp=1631780657591&amp;status=normal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请求成功时为已上传文档的有关信息【详见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上传文档的内容的总页数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文档状态，不传默认查询所有normal：正常waitUpload：等待上传failUpload：上传失败waitConvert：转换PPT中failConvert：转换PPT失败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ppt预览小图地址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previewBigImage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ppt预览大图地址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查询课节已上传文档列表</w:t>
        <w:br/>
        <w:t xml:space="preserve"> * @throws IOException</w:t>
        <w:br/>
        <w:t xml:space="preserve"> */</w:t>
        <w:br/>
        <w:t>@Test</w:t>
        <w:br/>
        <w:t>public void testGetDocList() throws IOException, NoSuchAlgorithmException {</w:t>
        <w:br/>
        <w:t xml:space="preserve">    //公共参数,填写自己的实际参数</w:t>
        <w:br/>
        <w:t xml:space="preserve">    String appId = this.appId;</w:t>
        <w:br/>
        <w:t xml:space="preserve">    String appSecret = this.appSecret;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"http://api.polyv.net/hi-class-api/open/file/v1/doc-list";</w:t>
        <w:br/>
        <w:t xml:space="preserve">    String lessonId = "7190";</w:t>
        <w:br/>
        <w:t xml:space="preserve">    String status = "normal";</w:t>
        <w:br/>
        <w:t xml:space="preserve">    String limit = "5";</w:t>
        <w:br/>
        <w:t xml:space="preserve">    String page = "1";</w:t>
        <w:br/>
        <w:t xml:space="preserve">    String isShowUrl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requestMap.put("lessonId", lessonId);</w:t>
        <w:br/>
        <w:t xml:space="preserve">    requestMap.put("status", status);</w:t>
        <w:br/>
        <w:t xml:space="preserve">    requestMap.put("limit", limit);</w:t>
        <w:br/>
        <w:t xml:space="preserve">    requestMap.put("page", page);</w:t>
        <w:br/>
        <w:t xml:space="preserve">    requestMap.put("isShowUrl", isShowUrl);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log.info("测试查询课节已上传文档列表：{}",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1,</w:t>
        <w:br/>
        <w:t xml:space="preserve">        "contents": [{</w:t>
        <w:br/>
        <w:t xml:space="preserve">            "autoId": 2369343,</w:t>
        <w:br/>
        <w:t xml:space="preserve">            "fileId": "42ba92e56017f4de261e692630447b662561988animate",</w:t>
        <w:br/>
        <w:t xml:space="preserve">            "fileName": "test3.ppt",</w:t>
        <w:br/>
        <w:t xml:space="preserve">            "fileUrl": "http://doc-2.polyv.net/sources/20210916/42ba92e56017f4de261e692630447b662561988animate.ppt",</w:t>
        <w:br/>
        <w:t xml:space="preserve">            "fileType": ".ppt",</w:t>
        <w:br/>
        <w:t xml:space="preserve">            "totalPage": 1,</w:t>
        <w:br/>
        <w:t xml:space="preserve">            "channelId": "2561988",</w:t>
        <w:br/>
        <w:t xml:space="preserve">            "status": "normal",</w:t>
        <w:br/>
        <w:t xml:space="preserve">            "createTime": 1631950890000,</w:t>
        <w:br/>
        <w:t xml:space="preserve">            "convertType": "common",</w:t>
        <w:br/>
        <w:t xml:space="preserve">            "previewImage": "http://doc-2.polyv.net/images/2021/09/42ba92e56017f4de261e692630447b662561988animate/42ba92e56017f4de261e692630447b662561988animate_0000_s.jpeg",</w:t>
        <w:br/>
        <w:t xml:space="preserve">            "previewBigImage": "http://doc-2.polyv.net/images/2021/09/42ba92e56017f4de261e692630447b662561988animate/42ba92e56017f4de261e692630447b662561988animate_0000.jpeg"</w:t>
        <w:br/>
        <w:t xml:space="preserve">        }],</w:t>
        <w:br/>
        <w:t xml:space="preserve">        "limit": 1,</w:t>
        <w:br/>
        <w:t xml:space="preserve">        "totalPages": 1,</w:t>
        <w:br/>
        <w:t xml:space="preserve">        "startRow": 1,</w:t>
        <w:br/>
        <w:t xml:space="preserve">        "endRow":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"offset": 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"data": "",</w:t>
        <w:br/>
        <w:t xml:space="preserve">  "error": {</w:t>
        <w:br/>
        <w:t xml:space="preserve">    "code": xx,</w:t>
        <w:br/>
        <w:t xml:space="preserve">    "desc": "错误描述"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查询课节已上传文档列表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