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删除文档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1、删除课节文档接口</w:t>
        <w:br/>
        <w:t>2、支持https协议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http://api.polyv.net/hi-class-api/open/file/v1/delete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文件ID，(如果有多个，可以用英文逗号隔开拼接成字符串)，该值来源参考【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查询课节已上传文档列表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】接口返回数据的data.contents[0].fileId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http://api.polyv.net/hi-class-api/open/file/v1/delete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appId=z2gw5icesv&amp;sign=935F4C0CF3EB84A3EFB2BC691DB714A5&amp;lessonId=6707&amp;timestamp=1631780657591&amp;fileId=42ba92e56017f4de261e692630447b662561988animate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请求成功时，返回值是空，请求失败时，返回值是空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删除文档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testDeleteDocument() throws IOException, NoSuchAlgorithmException {</w:t>
        <w:br/>
        <w:t xml:space="preserve">    //公共参数,填写自己的实际参数</w:t>
        <w:br/>
        <w:t xml:space="preserve">    String appId = this.appId;</w:t>
        <w:br/>
        <w:t xml:space="preserve">    String appSecret = this.appSecret;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"http://api.polyv.net/hi-class-api/open/file/v1/delete";</w:t>
        <w:br/>
        <w:t xml:space="preserve">    String lessonId = "6956";</w:t>
        <w:br/>
        <w:t xml:space="preserve">    String fileId = "42ba92e56017f4de261e692630447b662561988animate";</w:t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requestMap.put("lessonId", lessonId);</w:t>
        <w:br/>
        <w:t xml:space="preserve">    requestMap.put("fileId", fileId);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log.info("测试删除文档：{}", response);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"data":null,</w:t>
        <w:br/>
        <w:t xml:space="preserve">    "success":true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"data": "",</w:t>
        <w:br/>
        <w:t xml:space="preserve">  "error": {</w:t>
        <w:br/>
        <w:t xml:space="preserve">    "code": xx,</w:t>
        <w:br/>
        <w:t xml:space="preserve">    "desc": "错误描述"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