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单点登录后台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单点登录可以实现在登录已有系统的状态下，免登录操作进入保利威的账号，做相关设置</w:t>
      </w:r>
    </w:p>
    <w:p>
      <w:pPr>
        <w:pStyle w:val="Heading2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保利威后台单点登录：账号。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账号：进入账号后台，获取最高的管理员权限，管理所有课程、课节，适合机构管理员的登录跳转</w:t>
      </w:r>
    </w:p>
    <w:p>
      <w:pPr>
        <w:pStyle w:val="Heading2"/>
      </w:pPr>
      <w:r>
        <w:t>温馨提示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当前文档中涉及接口域名 https://hiclass.polyv.net 为保利威saas的默认域名，如客户做了cname定制，需修改为cname的对应域名进行调用；避免影响单点登录功能的使用。</w:t>
      </w:r>
    </w:p>
    <w:p>
      <w:pPr>
        <w:pStyle w:val="Heading2"/>
      </w:pPr>
      <w:r>
        <w:t>如何操作</w:t>
      </w:r>
    </w:p>
    <w:p>
      <w:pPr>
        <w:pStyle w:val="Heading3"/>
      </w:pPr>
      <w:r>
        <w:t>1.操作流程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020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826395e83f665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02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2.调用接口说明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设置token接口(点击可查看详细接口调用)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单点登录后台接口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https://api.polyv.net/live/v3/user/set-sso-token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https://hiclass.polyv.net/hi-class-admin/admin/open/user/v1/token-login</w:t>
            </w:r>
          </w:p>
        </w:tc>
      </w:tr>
    </w:tbl>
    <w:p>
      <w:pPr>
        <w:spacing w:after="40"/>
      </w:pPr>
    </w:p>
    <w:p>
      <w:pPr>
        <w:pStyle w:val="Heading3"/>
      </w:pPr>
      <w:r>
        <w:t>3.操作步骤</w:t>
      </w:r>
    </w:p>
    <w:p>
      <w:pPr>
        <w:pStyle w:val="Heading3"/>
      </w:pPr>
      <w:r>
        <w:t>Step1.设置单点登录token参数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1.根据操作类型（账号）选择对应的设置token接口URL</w:t>
        <w:br/>
        <w:t xml:space="preserve">    账号：https://api.polyv.net/live/v3/user/set-sso-token</w:t>
        <w:br/>
        <w:t>2.接口说明</w:t>
        <w:br/>
        <w:t xml:space="preserve">    支持格式：JSON</w:t>
        <w:br/>
        <w:t xml:space="preserve">    请求方式：POST</w:t>
        <w:br/>
        <w:t xml:space="preserve">    请求数限制：TRUE</w:t>
        <w:br/>
        <w:t xml:space="preserve">    token 参数请勿过于简单，建议使用16位随机字符串</w:t>
        <w:br/>
        <w:t xml:space="preserve">    支持https协议</w:t>
        <w:br/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3"/>
      </w:pPr>
      <w:r>
        <w:t>响应失败JSON示例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pPr>
        <w:pStyle w:val="Heading3"/>
      </w:pPr>
      <w:r>
        <w:t>接口返回字段说明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成功时候返回success字符串</w:t>
            </w:r>
          </w:p>
        </w:tc>
      </w:tr>
    </w:tbl>
    <w:p>
      <w:pPr>
        <w:spacing w:after="40"/>
      </w:pPr>
    </w:p>
    <w:p>
      <w:pPr>
        <w:pStyle w:val="Heading3"/>
      </w:pPr>
      <w:r>
        <w:t>Step2.成功设置token接口后，调用单点登录后台接口进行授权登录操作。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1.根据操作类型（账号）选择对应的单点登录后台接口URL</w:t>
        <w:br/>
        <w:t xml:space="preserve">    账号：https://hiclass.polyv.net/hi-class-admin/admin/open/user/v1/token-login</w:t>
        <w:br/>
        <w:t>2.接口说明</w:t>
        <w:br/>
        <w:t xml:space="preserve">    请求方式：GET</w:t>
        <w:br/>
        <w:t xml:space="preserve">    请求数限制：TRUE</w:t>
        <w:br/>
        <w:t xml:space="preserve">    用于获取token后授权登录互动学堂后台</w:t>
        <w:br/>
        <w:t xml:space="preserve">    支持https协议</w:t>
      </w: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https://hiclass.polyv.net/hi-class-admin/admin/open/user/v1/token-login?userId=userId123&amp;token=token1234&amp;redirect=%2Fadmin%2Fcourse</w:t>
      </w:r>
    </w:p>
    <w:p>
      <w:pPr>
        <w:pStyle w:val="Heading3"/>
      </w:pPr>
      <w:r>
        <w:t>操作类型为账号的请求参数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账号token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设置的token串，10秒内且一次验证有效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（默认：/admin/lesson；不需要填写域名部分。）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验证成功则会重定向到相应的网页，否则返回错误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单点登录后台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