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创建播放列表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https://api.polyv.net/v2/play-list/create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创建播放列表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POST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当前时间的毫秒级时间戳（13位），3分钟内有效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</w:t>
            </w:r>
          </w:p>
        </w:tc>
      </w:tr>
    </w:tbl>
    <w:p>
      <w:pPr>
        <w:spacing w:after="40"/>
      </w:pPr>
    </w:p>
    <w:p>
      <w:pPr>
        <w:pStyle w:val="Heading2"/>
      </w:pPr>
      <w:r>
        <w:t>返回正确结果JSON示例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{</w:t>
        <w:br/>
        <w:t xml:space="preserve">        "playListId": 1620220689111</w:t>
        <w:br/>
        <w:t xml:space="preserve">    }</w:t>
        <w:br/>
        <w:t>}</w:t>
      </w:r>
    </w:p>
    <w:p>
      <w:pPr>
        <w:pStyle w:val="Heading2"/>
      </w:pPr>
      <w:r>
        <w:t>返回错误结果JSON示例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签名不正确</w:t>
        <w:br/>
        <w:t>{</w:t>
        <w:br/>
        <w:tab/>
        <w:t>"code":400,</w:t>
        <w:br/>
        <w:tab/>
        <w:t>"status":"error",</w:t>
        <w:br/>
        <w:tab/>
        <w:t>"message":"the sign is not right",</w:t>
        <w:br/>
        <w:tab/>
        <w:t>"data":""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时间戳过期</w:t>
        <w:br/>
        <w:t>{</w:t>
        <w:br/>
        <w:tab/>
        <w:t>"code":400,</w:t>
        <w:br/>
        <w:tab/>
        <w:t>"status":"error",</w:t>
        <w:br/>
        <w:tab/>
        <w:t>"message":"ptime is too old.",</w:t>
        <w:br/>
        <w:tab/>
        <w:t>"data":""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操作结果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playListId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播放列表ID</w:t>
            </w:r>
          </w:p>
        </w:tc>
      </w:tr>
    </w:tbl>
    <w:p>
      <w:pPr>
        <w:spacing w:after="40"/>
      </w:pPr>
    </w:p>
    <w:p>
      <w:pPr>
        <w:pStyle w:val="Heading3"/>
      </w:pPr>
      <w:r>
        <w:t>java请求示例：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public void testCreatePlayList() throws Exception {</w:t>
        <w:br/>
        <w:t xml:space="preserve">        String url = "https://api.polyv.net/v2/play-list/create";</w:t>
        <w:br/>
        <w:t xml:space="preserve">        Map&lt;String, String&gt; params = new HashMap&lt;&gt;();</w:t>
        <w:br/>
        <w:t xml:space="preserve">        params.put("userid", userid);</w:t>
        <w:br/>
        <w:t xml:space="preserve">        params.put("title", "标题");</w:t>
        <w:br/>
        <w:t xml:space="preserve">        params.put("description", "描述");</w:t>
        <w:br/>
        <w:t xml:space="preserve">        params.put("tag", "标签");</w:t>
        <w:br/>
        <w:t xml:space="preserve">        params.put("ptime", String.valueOf(System.currentTimeMillis()));</w:t>
        <w:br/>
        <w:t xml:space="preserve">        params.put("sign", getSign(params, secretkey));</w:t>
        <w:br/>
        <w:t xml:space="preserve">        String response = HttpClientUtil.getInstance().sendHttpPost(url, params);</w:t>
        <w:br/>
        <w:t xml:space="preserve">        System.out.println(response);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创建播放列表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