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获取多频道定时抽奖状态的接口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http://api.polyv.net/live/v3/channel/lottery/get-rooms-status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1.获取多频道定时抽奖状态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频道号。多个用英文逗号隔开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appId错误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应用找不到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频道号错误</w:t>
        <w:br/>
        <w:t>{</w:t>
        <w:br/>
        <w:t xml:space="preserve">    "code": 400,</w:t>
        <w:br/>
        <w:t xml:space="preserve">    "status": "error",</w:t>
        <w:br/>
        <w:t xml:space="preserve">    "message": "channelIds is required.",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"roomId":"2437051",</w:t>
        <w:br/>
        <w:t xml:space="preserve">            "status":3,</w:t>
        <w:br/>
        <w:t xml:space="preserve">            "time":0</w:t>
        <w:br/>
        <w:t xml:space="preserve">        },</w:t>
        <w:br/>
        <w:t xml:space="preserve">        {</w:t>
        <w:br/>
        <w:t xml:space="preserve">            "roomId":"2442336",</w:t>
        <w:br/>
        <w:t xml:space="preserve">            "status":3,</w:t>
        <w:br/>
        <w:t xml:space="preserve">            "time":0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抽奖状态，0倒计时，1抽奖中，2已结束，3已关闭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定时剩余时间，单位毫秒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$channelIds = "322120,2029098";</w:t>
        <w:br/>
        <w:t>$params = array(</w:t>
        <w:br/>
        <w:t xml:space="preserve">        'appId'=&gt;$appId,</w:t>
        <w:br/>
        <w:t xml:space="preserve">        'channelIds'=&gt;$channelIds,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$url="http://api.polyv.net/live/v3/channel/bookings-and-likes?".http_build_query($params);</w:t>
        <w:br/>
        <w:br/>
        <w:t>$ch = curl_init() or die ( curl_error() );</w:t>
        <w:br/>
        <w:t>curl_setopt( $ch, CURLOPT_URL, $url);</w:t>
        <w:br/>
        <w:t>curl_setopt ($ch, CURLOPT_CUSTOMREQUEST, "GET");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获取多频道定时抽奖状态的接口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