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设置频道回调接收地址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http://api.polyv.net/live/v3/user/set-channel-callback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1.设置频道回调地址；用于频道增加、删除、修改（包括基本信息设置、讲师设置、嘉宾设置、直播状态的修改）的通知回调url设置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2.接口支持https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回调地址，需要带上协议(http、https)；传空即关闭回调服务；不得超过255个字符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签名错误：</w:t>
        <w:br/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  <w:br/>
        <w:t>时间戳错误：</w:t>
        <w:br/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  <w:br/>
        <w:t>appId错误</w:t>
        <w:br/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  <w:br/>
        <w:t>应用找不到</w:t>
        <w:br/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  <w:br/>
        <w:t>回调url不合法</w:t>
        <w:br/>
        <w:t>{</w:t>
        <w:br/>
        <w:t xml:space="preserve">    "code": 400,</w:t>
        <w:br/>
        <w:t xml:space="preserve">    "status": "error",</w:t>
        <w:br/>
        <w:t xml:space="preserve">    "message": "url is illegal",</w:t>
        <w:br/>
        <w:t xml:space="preserve">    "data": ""</w:t>
        <w:br/>
        <w:t>}</w:t>
      </w: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接口请求状态码，200表示成功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接口请求状态，"success"表示成功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请求失败时返回的错误信息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$url = "https://api.polyv.net/live/channelCallbackTest";</w:t>
        <w:br/>
        <w:t>$params = array(</w:t>
        <w:br/>
        <w:t xml:space="preserve">        'appId'=&gt;$appId,</w:t>
        <w:br/>
        <w:t xml:space="preserve">        'url'=&gt;$url,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br/>
        <w:t>$url="http://api.polyv.net/live/v3/channel/bookings-and-likes?".http_build_query($params);</w:t>
        <w:br/>
        <w:br/>
        <w:t>$ch = curl_init() or die ( curl_error() );</w:t>
        <w:br/>
        <w:t>curl_setopt( $ch, CURLOPT_URL, $url);</w:t>
        <w:br/>
        <w:t>curl_setopt ($ch, CURLOPT_CUSTOMREQUEST, "POST");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echo $response;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设置频道回调接收地址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