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根据频道号查询对应的流名称接口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http://api.polyv.net/live/v3/channel/get-channel-stream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1.根据频道号查询对应的流名称接口(支持一次查询多个频道号，用逗号隔开)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2.接口支持https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开发者账号下的appId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13位当前时间的时间戳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频道号。多个用英文逗号隔开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签名错误：</w:t>
        <w:br/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  <w:br/>
        <w:t>时间戳错误：</w:t>
        <w:br/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  <w:br/>
        <w:t>appId错误</w:t>
        <w:br/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  <w:br/>
        <w:t>应用找不到</w:t>
        <w:br/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  <w:br/>
        <w:t>频道号错误</w:t>
        <w:br/>
        <w:t>{</w:t>
        <w:br/>
        <w:t xml:space="preserve">    "code": 400,</w:t>
        <w:br/>
        <w:t xml:space="preserve">    "status": "error",</w:t>
        <w:br/>
        <w:t xml:space="preserve">    "message": "channelIds is required.",</w:t>
        <w:br/>
        <w:t xml:space="preserve">    "data": ""</w:t>
        <w:br/>
        <w:t>}</w:t>
      </w:r>
    </w:p>
    <w:p>
      <w:pPr>
        <w:pStyle w:val="Heading2"/>
      </w:pPr>
      <w:r>
        <w:t>返回正确结果JSON示例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"data":[</w:t>
        <w:br/>
        <w:t xml:space="preserve">        "xxxxxxdddd",</w:t>
        <w:br/>
        <w:t xml:space="preserve">        "xdffdfdfdfd"</w:t>
        <w:br/>
        <w:t xml:space="preserve">    ]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接口请求状态码，200表示成功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接口请求状态，"success"表示成功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请求失败时返回的错误信息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返回频道号对应的流名称数组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$streams = "13999,293333";</w:t>
        <w:br/>
        <w:t>$params = array(</w:t>
        <w:br/>
        <w:t xml:space="preserve">        'appId'=&gt;$appId,</w:t>
        <w:br/>
        <w:t xml:space="preserve">        'channelIds'=&gt;$channelIds,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br/>
        <w:t>$url="http://api.polyv.net/live/v3/channel/get-channel-stream".http_build_query($params);</w:t>
        <w:br/>
        <w:br/>
        <w:t>$ch = curl_init() or die ( curl_error() );</w:t>
        <w:br/>
        <w:t>curl_setopt( $ch, CURLOPT_URL, $url);</w:t>
        <w:br/>
        <w:t>curl_setopt ($ch, CURLOPT_CUSTOMREQUEST, "GET");</w:t>
        <w:br/>
        <w:t>curl_setopt( $ch, CURLOPT_RETURNTRANSFER, 1 );</w:t>
        <w:br/>
        <w:t>curl_setopt( $ch, CURLOPT_CONNECTTIMEOUT, 360);</w:t>
        <w:br/>
        <w:t>$response = curl_exec ( $ch );</w:t>
        <w:br/>
        <w:t>curl_close ( $ch );</w:t>
        <w:br/>
        <w:t>echo $response;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根据频道号查询对应的流名称接口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