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频道汇总统计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接口URL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https://api.polyv.net/live/v3/user/statistics/channels-summary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接口说明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1、接口用于查询多个频道的直播观看数据汇总统计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2、接口支持https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支持格式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JSON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请求方式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GET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请求数限制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请求参数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参数名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必选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类型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appId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string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从API设置中获取，在直播系统登记的appId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timestamp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long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13位当前毫秒级时间戳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sign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string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签名值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startDate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string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开始时间,格式 yyyy-MM-dd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endDate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string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结束时间,格式 yyyy-MM-dd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channelIds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string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频道ID,多个频道使用','分隔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响应成功JSON示例：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"code": 200,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"status": "success",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"message": "",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"data":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"list": [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"channelId": 1938990,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"pcPlayDuration": 3,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"pcFlowSize": 0,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"pcVideoView": 2,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"pcUniqueViewer": 1,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"mobilePlayDuration": 0,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"mobileFlowSize": 0,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"mobileVideoView": 0,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"concurrenceCount": 2,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"mobileUniqueViewer": 0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"channelId": 1947328,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"pcPlayDuration": 320,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"pcFlowSize": 0,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"pcVideoView": 183,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"pcUniqueViewer": 58,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"mobilePlayDuration": 16,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"mobileFlowSize": 0,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"mobileVideoView": 12,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"concurrenceCount": 5,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"mobileUniqueViewer": 5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响应字段说明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参数名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code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状态码,成功为200，签名失败为403，参数错误为400，服务端错误为500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status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成功为success,错误时为error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message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成功为""，错误时为错误描述信息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data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响应数据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data.list.channelId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频道ID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data.list.pcPlayDuration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PC端播放时长，单位：分钟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data.list.pcFlowSize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PC端消耗流量，单位：bytes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data.list.pcVideoView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PC端总播放量，类似PV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data.list.pcUniqueViewer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PC端唯一观众数，类似UV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data.list.mobilePlayDuration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移动端播放时长，单位：分钟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data.list.mobileFlowSize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移动端消耗流量，单位：bytes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data.list.mobileVideoView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移动端总播放量，类似PV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data.list.mobileUniqueViewer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移动端唯一观众数，类似UV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data.list.concurrenceCount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最高并发人数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响应失败JSON示例：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参数错误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"code": 400,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"status": "error",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"message": "param validate error",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"data": ""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未输入appId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"code": 400,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"status": "error",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"message": "appId is required.",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"data": ""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appId不正确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"code": 400,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"status": "error",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"message": "application not found.",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"data": ""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时间戳错误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"code": 400,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"status": "error",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"message": "invalid timestamp.",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"data": ""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"code": 403,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"status": "error",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"message": "invalid signature.",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"data": ""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非法频道号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"code": 403,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"status": "error",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"message": "illegal channel id: %s",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"data": ""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public void testAddRecordTask()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String url = "https://api.polyv.net/live/v3/user/statistics/channels-summary";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appId和加密串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String appId = "xxxxxxx";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String appSecret = "xxxxxxxxxxxxxxxxxx";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Map params = new HashMap&lt;&gt;();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params.put("channelIds", "2232850");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params.put("startDate", "2020-12-01");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params.put("endDate", "2021-01-11");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调用Polyv的工具类方法设置sign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PolyvTool.setLiveSign(params, appId, appSecret);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String content = HttpClientUtil.getInstance()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.sendHttpPost(url, params);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System.out.println(content);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/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签名生成规则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频道汇总统计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