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获取分类下视频的总计信息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http://api.polyv.net/v2/cata/total-stats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获取分类下视频的总计信息，数据有10分钟延迟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分类ID, 如 1 为默认分类，不传则查询整个用户下的总计信息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containSubCata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是否包含子分类， true: 包含，false：不包含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"videoNum": 28,</w:t>
        <w:br/>
        <w:t xml:space="preserve">        "usedSpace": 673027885</w:t>
        <w:br/>
        <w:t xml:space="preserve">    }</w:t>
        <w:br/>
        <w:t>}</w:t>
      </w:r>
    </w:p>
    <w:p>
      <w:pPr>
        <w:pStyle w:val="Heading2"/>
      </w:pPr>
      <w:r>
        <w:t>返回错误json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>"code":400,</w:t>
        <w:br/>
        <w:t>"status":"error",</w:t>
        <w:br/>
        <w:t>"message":"the sign is not right",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>"code":400,</w:t>
        <w:br/>
        <w:t>"status":"error",</w:t>
        <w:br/>
        <w:t>"message":"ptime is too old.",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不合法的分类ID</w:t>
        <w:br/>
        <w:t>{</w:t>
        <w:br/>
        <w:t>"code":400,</w:t>
        <w:br/>
        <w:t>"status":"error",</w:t>
        <w:br/>
        <w:t>"message":"illegal cataid",</w:t>
        <w:br/>
        <w:t>"data":""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请求返回状态码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请求返回信息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videoNum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 分类下的视频总数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usedSpace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 分类下视频占用的总空间，单位为bytes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@Test</w:t>
        <w:br/>
        <w:t xml:space="preserve">    public void testGetCataTotalStats() throws Exception {</w:t>
        <w:br/>
        <w:t xml:space="preserve">        String url = "http://api.polyv.net/v2/cata/total-stats";</w:t>
        <w:br/>
        <w:t xml:space="preserve">        String userid = "xxxxxxxxxx";</w:t>
        <w:br/>
        <w:t xml:space="preserve">        long cataid = 1L;</w:t>
        <w:br/>
        <w:t xml:space="preserve">        String secretkey = "xxxxxxxxxx";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params.put("cataid", String.valueOf(cataid));</w:t>
        <w:br/>
        <w:t xml:space="preserve">        params.put("containSubCata", String.valueOf(true));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HttpClientUtil.getInstance().sendHttpGet(url + "?" + PolyvTool.mapJoinNotEncode(params));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获取分类下视频的总计信息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