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获取单个视频的问答题目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https://api.polyv.net/v2/video/get-video-exam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获取单个视频的问答题目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当前时间的毫秒级时间戳（13位），3分钟内有效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{</w:t>
        <w:br/>
        <w:t xml:space="preserve">        "exams": [</w:t>
        <w:br/>
        <w:t xml:space="preserve">            {</w:t>
        <w:br/>
        <w:t xml:space="preserve">                "examId": "17922407aac",</w:t>
        <w:br/>
        <w:t xml:space="preserve">                "vid": "a2dc4f25172872650e7d5c1b8026b13c_a",</w:t>
        <w:br/>
        <w:t xml:space="preserve">                "showTime": 12,</w:t>
        <w:br/>
        <w:t xml:space="preserve">                "question": "测试问题",</w:t>
        <w:br/>
        <w:t xml:space="preserve">                "choices": "[{\"index\":0,\"content\":\"a\",\"right\":true},{\"index\":1,\"content\":\"b\",\"right\":false},{\"index\":2,\"content\":\"c\",\"right\":false},{\"index\":3,\"content\":\"d\",\"right\":true}]",</w:t>
        <w:br/>
        <w:t xml:space="preserve">                "explanationIfRight": "回答正确后的解答详情",</w:t>
        <w:br/>
        <w:t xml:space="preserve">                "explanationIfWrong": "回答错误后的解答详情",</w:t>
        <w:br/>
        <w:t xml:space="preserve">                "showExplanationIfWrong": false,</w:t>
        <w:br/>
        <w:t xml:space="preserve">                "backTime": -1,</w:t>
        <w:br/>
        <w:t xml:space="preserve">                "canSkip": false,</w:t>
        <w:br/>
        <w:t xml:space="preserve">                "illustration": "",</w:t>
        <w:br/>
        <w:t xml:space="preserve">                "type": 0,</w:t>
        <w:br/>
        <w:t xml:space="preserve">                "mp3Url": "",</w:t>
        <w:br/>
        <w:t xml:space="preserve">                "status": 1,</w:t>
        <w:br/>
        <w:t xml:space="preserve">                "createdTime": 1619777319000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签名不正确</w:t>
        <w:br/>
        <w:t>{</w:t>
        <w:br/>
        <w:t>"code":400,</w:t>
        <w:br/>
        <w:t>"status":"error",</w:t>
        <w:br/>
        <w:t>"message":"the sign is not right",</w:t>
        <w:br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时间戳过期</w:t>
        <w:br/>
        <w:t>{</w:t>
        <w:br/>
        <w:t>"code":400,</w:t>
        <w:br/>
        <w:t>"status":"error",</w:t>
        <w:br/>
        <w:t>"message":"ptime is too old.",</w:t>
        <w:br/>
        <w:t>"data":""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操作结果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examId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问答出现的时间，单位：秒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qustion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问答题目描述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choices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 of 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问答选项json数组，每个题目最多5个选项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canSkip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是否可跳过，默认值：false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explanationIfRight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回答正确后的解答详情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showExplanationIfWrong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回答答错误后是否显示解答详情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explanationIfWrong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回答错误后的解答详情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答错后回退到第几秒，-1代表不回退，默认为-1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是否有效，1：有效，0：无效，默认为1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题目类型，0：选择题，1：听力题（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听力题即将下线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mp3url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听力题的mp3音频文件url（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听力题即将下线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illustration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问答图片url</w:t>
            </w:r>
          </w:p>
        </w:tc>
      </w:tr>
    </w:tbl>
    <w:p>
      <w:pPr>
        <w:spacing w:after="40"/>
      </w:pPr>
    </w:p>
    <w:p>
      <w:pPr>
        <w:pStyle w:val="Heading3"/>
      </w:pPr>
      <w:r>
        <w:t>choices参数说明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示例</w:t>
        <w:br/>
        <w:t>[</w:t>
        <w:br/>
        <w:t xml:space="preserve">    {</w:t>
        <w:br/>
        <w:t xml:space="preserve">        "index": 0,</w:t>
        <w:br/>
        <w:t xml:space="preserve">        "content": "a",</w:t>
        <w:br/>
        <w:t xml:space="preserve">        "isRight": true</w:t>
        <w:br/>
        <w:t xml:space="preserve">    },</w:t>
        <w:br/>
        <w:t xml:space="preserve">    {</w:t>
        <w:br/>
        <w:t xml:space="preserve">        "index": 1,</w:t>
        <w:br/>
        <w:t xml:space="preserve">        "content": "b",</w:t>
        <w:br/>
        <w:t xml:space="preserve">        "isRight": false</w:t>
        <w:br/>
        <w:t xml:space="preserve">    },</w:t>
        <w:br/>
        <w:t xml:space="preserve">    {</w:t>
        <w:br/>
        <w:t xml:space="preserve">        "index": 2,</w:t>
        <w:br/>
        <w:t xml:space="preserve">        "content": "c",</w:t>
        <w:br/>
        <w:t xml:space="preserve">        "isRight": false</w:t>
        <w:br/>
        <w:t xml:space="preserve">    },</w:t>
        <w:br/>
        <w:t xml:space="preserve">    {</w:t>
        <w:br/>
        <w:t xml:space="preserve">        "index": 3,</w:t>
        <w:br/>
        <w:t xml:space="preserve">        "content": "d",</w:t>
        <w:br/>
        <w:t xml:space="preserve">        "isRight": true</w:t>
        <w:br/>
        <w:t xml:space="preserve">    }</w:t>
        <w:br/>
        <w:t>]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index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选项序号，题目实际顺序为按此值的大小排序，不要重复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isRight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所有选项中必须至少有一个设置为正确答案，否则接口返回错误。</w:t>
            </w:r>
          </w:p>
        </w:tc>
      </w:tr>
    </w:tbl>
    <w:p>
      <w:pPr>
        <w:spacing w:after="40"/>
      </w:pPr>
    </w:p>
    <w:p>
      <w:pPr>
        <w:pStyle w:val="Heading3"/>
      </w:pPr>
      <w:r>
        <w:t>java请求示例：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public void testGetVideoExam() throws Exception {</w:t>
        <w:br/>
        <w:t xml:space="preserve">        String url = "https://api.polyv.net/v2/video/get-video-exam";</w:t>
        <w:br/>
        <w:t xml:space="preserve">        Map&lt;String, String&gt; params = new HashMap&lt;&gt;();</w:t>
        <w:br/>
        <w:t xml:space="preserve">        params.put("userid", userid);</w:t>
        <w:br/>
        <w:t xml:space="preserve">        params.put("vid", "a2dc4f25172872650e7d5c1b8026b13c_a");</w:t>
        <w:br/>
        <w:t xml:space="preserve">        params.put("ptime", String.valueOf(System.currentTimeMillis()));</w:t>
        <w:br/>
        <w:t xml:space="preserve">        params.put("sign", getSign(params, secretkey));</w:t>
        <w:br/>
        <w:t xml:space="preserve">        String response = HttpClientUtil.getInstance().sendHttpGet(url + "?" + PolyvTool.mapJoinNotEncode(params));</w:t>
        <w:br/>
        <w:t xml:space="preserve">        System.out.println(response);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获取单个视频的问答题目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