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获取云朵多用户的直播并发汇总数据接口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https://api.polyv.net/live/internal/v3/user/concurrent/yunduo/summary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1、获取多用户的直播并发汇总数据接口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GET、POST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直播用户ID,多个用户使用","分隔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查询的时间范围的开始日期，格式：yyyy-MM-dd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查询的时间范围的结束日期，格式：yyyy-MM-dd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ab/>
        <w:t>[{"statAt":1629166440000,"peakCCV":"2888","pullType":"cdn"}]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data.startAt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最高并发的时刻，13位的时间戳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data.peakCCV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最高的并发人数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data.pullType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统计的维度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"https://api.polyv.net/live/internal/v3/user/concurrent/yunduo/summary";</w:t>
        <w:br/>
        <w:t xml:space="preserve">        // 加密串找管理人员要</w:t>
        <w:br/>
        <w:t xml:space="preserve">        String appSecret = "xxxxxxxxxxxxxxxxxx";</w:t>
        <w:br/>
        <w:br/>
        <w:t xml:space="preserve">        Map&lt;String, String&gt; params = new HashMap&lt;&gt;();</w:t>
        <w:br/>
        <w:t xml:space="preserve">        params.put("users", "xxxxx,yyyyy");</w:t>
        <w:br/>
        <w:t xml:space="preserve">        params.put("start", "2021-08-01");</w:t>
        <w:br/>
        <w:t xml:space="preserve">        params.put("end", "2021-08-31");</w:t>
        <w:br/>
        <w:br/>
        <w:t xml:space="preserve">        // 调用Polyv的工具类方法设置sign</w:t>
        <w:br/>
        <w:t xml:space="preserve">        PolyvTool.setLiveSign(params, "",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获取云朵多用户的直播并发汇总数据接口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