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搜索视频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http://api.polyv.net/v2/video/search-videos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搜索视频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需要返回的视频信息，多个以英文逗号分隔，取值：basicInfo,metaData,transcodeInfo,snapshotInfo, 分别代表基础信息、元数据、转码信息、截图信息，默认仅返回基础信息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按标题模糊搜索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按视频标签模糊搜索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视频状态, 多个状态以英文逗号分隔，查询已发布状态的视频只需传61/60其中一个即可，如"61,50"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containSubCate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是否包含子分类, true：包含, false：不包含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按创建时间范围查询，起始时间戳，13位时间戳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结束时间戳，13位时间戳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是否加密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playAuthEnable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是否开启了播放授权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结果排序，可以按创建时间或播放次数降序/升序排序，取值：creationTimeAsc（创建时间升序）、creationTimeDesc（创建时间降序）、playTimesAsc（播放次数升序）、playTimesDesc（播放次数降序），默认按撞见时间升序排序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页码,默认为1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页面大小,默认为10，最大1000</w:t>
            </w:r>
          </w:p>
        </w:tc>
      </w:tr>
    </w:tbl>
    <w:p>
      <w:pPr>
        <w:spacing w:after="40"/>
      </w:pPr>
    </w:p>
    <w:p>
      <w:pPr>
        <w:pStyle w:val="Heading2"/>
      </w:pPr>
      <w:r>
        <w:t>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{</w:t>
        <w:br/>
        <w:t xml:space="preserve">        "pageNumber": 1,</w:t>
        <w:br/>
        <w:t xml:space="preserve">        "totalPages": 13,</w:t>
        <w:br/>
        <w:t xml:space="preserve">        "pageSize": 1,</w:t>
        <w:br/>
        <w:t xml:space="preserve">        "contents": [</w:t>
        <w:br/>
        <w:t xml:space="preserve">            {</w:t>
        <w:br/>
        <w:t xml:space="preserve">                "vid": "a2dc4f25173df1362065bd0d3732a30e_a",</w:t>
        <w:br/>
        <w:t xml:space="preserve">                "basicInfo": {</w:t>
        <w:br/>
        <w:t xml:space="preserve">                    "title": "a2dc4f25175d64f185bf631591fb08d0",</w:t>
        <w:br/>
        <w:t xml:space="preserve">                    "description": "",</w:t>
        <w:br/>
        <w:t xml:space="preserve">                    "duration": 78.0,</w:t>
        <w:br/>
        <w:t xml:space="preserve">                    "coverURL": "https://img.videocc.net/uimage/a/a2dc4f2517/e/a2dc4xxxxxxxf1362065bd0d3732a30e_0_b.jpg",</w:t>
        <w:br/>
        <w:t xml:space="preserve">                    "creationTime": "2021-04-16 11:50:34",</w:t>
        <w:br/>
        <w:t xml:space="preserve">                    "updateTime": "2021-04-16 11:52:45",</w:t>
        <w:br/>
        <w:t xml:space="preserve">                    "size": 36251552,</w:t>
        <w:br/>
        <w:t xml:space="preserve">                    "status": 61,</w:t>
        <w:br/>
        <w:t xml:space="preserve">                    "cateId": 1,</w:t>
        <w:br/>
        <w:t xml:space="preserve">                    "cateName": "默认分类",</w:t>
        <w:br/>
        <w:t xml:space="preserve">                    "tags": "",</w:t>
        <w:br/>
        <w:t xml:space="preserve">                    "uploader": "主账号",</w:t>
        <w:br/>
        <w:t xml:space="preserve">                    "playTimes": 1</w:t>
        <w:br/>
        <w:t xml:space="preserve">                },</w:t>
        <w:br/>
        <w:t xml:space="preserve">                "metaData": {</w:t>
        <w:br/>
        <w:t xml:space="preserve">                    "size": 36251552,</w:t>
        <w:br/>
        <w:t xml:space="preserve">                    "format": "mp4",</w:t>
        <w:br/>
        <w:t xml:space="preserve">                    "duration": 78.0,</w:t>
        <w:br/>
        <w:t xml:space="preserve">                    "bitrate": 3549,</w:t>
        <w:br/>
        <w:t xml:space="preserve">                    "fps": 29,</w:t>
        <w:br/>
        <w:t xml:space="preserve">                    "height": 720,</w:t>
        <w:br/>
        <w:t xml:space="preserve">                    "width": 1280,</w:t>
        <w:br/>
        <w:t xml:space="preserve">                    "codec": "h264"</w:t>
        <w:br/>
        <w:t xml:space="preserve">                },</w:t>
        <w:br/>
        <w:t xml:space="preserve">                "transcodeInfos": [</w:t>
        <w:br/>
        <w:t xml:space="preserve">                    {</w:t>
        <w:br/>
        <w:t xml:space="preserve">                        "playUrl": null,</w:t>
        <w:br/>
        <w:t xml:space="preserve">                        "definition": "LD",</w:t>
        <w:br/>
        <w:t xml:space="preserve">                        "bitrate": 548,</w:t>
        <w:br/>
        <w:t xml:space="preserve">                        "duration": 78.0,</w:t>
        <w:br/>
        <w:t xml:space="preserve">                        "encrypt": true,</w:t>
        <w:br/>
        <w:t xml:space="preserve">                        "format": "pdx",</w:t>
        <w:br/>
        <w:t xml:space="preserve">                        "fps": 29,</w:t>
        <w:br/>
        <w:t xml:space="preserve">                        "height": 720,</w:t>
        <w:br/>
        <w:t xml:space="preserve">                        "width": 1280,</w:t>
        <w:br/>
        <w:t xml:space="preserve">                        "status": "normal"</w:t>
        <w:br/>
        <w:t xml:space="preserve">                    },</w:t>
        <w:br/>
        <w:t xml:space="preserve">                    {</w:t>
        <w:br/>
        <w:t xml:space="preserve">                        "playUrl": "https://hls.videocc.net/a2dc4f2517/e/a2dc4xxxxxxxf1362065bd0d3732a30e_1.m3u8",</w:t>
        <w:br/>
        <w:t xml:space="preserve">                        "definition": "LD",</w:t>
        <w:br/>
        <w:t xml:space="preserve">                        "bitrate": 548,</w:t>
        <w:br/>
        <w:t xml:space="preserve">                        "duration": 78.0,</w:t>
        <w:br/>
        <w:t xml:space="preserve">                        "encrypt": true,</w:t>
        <w:br/>
        <w:t xml:space="preserve">                        "format": "hls",</w:t>
        <w:br/>
        <w:t xml:space="preserve">                        "fps": 29,</w:t>
        <w:br/>
        <w:t xml:space="preserve">                        "height": 720,</w:t>
        <w:br/>
        <w:t xml:space="preserve">                        "width": 1280,</w:t>
        <w:br/>
        <w:t xml:space="preserve">                        "status": "normal"</w:t>
        <w:br/>
        <w:t xml:space="preserve">                    },</w:t>
        <w:br/>
        <w:t xml:space="preserve">                    {</w:t>
        <w:br/>
        <w:t xml:space="preserve">                        "playUrl": null,</w:t>
        <w:br/>
        <w:t xml:space="preserve">                        "definition": "SD",</w:t>
        <w:br/>
        <w:t xml:space="preserve">                        "bitrate": 997,</w:t>
        <w:br/>
        <w:t xml:space="preserve">                        "duration": 78.0,</w:t>
        <w:br/>
        <w:t xml:space="preserve">                        "encrypt": true,</w:t>
        <w:br/>
        <w:t xml:space="preserve">                        "format": "pdx",</w:t>
        <w:br/>
        <w:t xml:space="preserve">                        "fps": 29,</w:t>
        <w:br/>
        <w:t xml:space="preserve">                        "height": 720,</w:t>
        <w:br/>
        <w:t xml:space="preserve">                        "width": 1280,</w:t>
        <w:br/>
        <w:t xml:space="preserve">                        "status": "normal"</w:t>
        <w:br/>
        <w:t xml:space="preserve">                    },</w:t>
        <w:br/>
        <w:t xml:space="preserve">                    {</w:t>
        <w:br/>
        <w:t xml:space="preserve">                        "playUrl": "https://hls.videocc.net/a2dc4f2517/e/a2dc4xxxxxxxf1362065bd0d3732a30e_2.m3u8",</w:t>
        <w:br/>
        <w:t xml:space="preserve">                        "definition": "SD",</w:t>
        <w:br/>
        <w:t xml:space="preserve">                        "bitrate": 997,</w:t>
        <w:br/>
        <w:t xml:space="preserve">                        "duration": 78.0,</w:t>
        <w:br/>
        <w:t xml:space="preserve">                        "encrypt": true,</w:t>
        <w:br/>
        <w:t xml:space="preserve">                        "format": "hls",</w:t>
        <w:br/>
        <w:t xml:space="preserve">                        "fps": 29,</w:t>
        <w:br/>
        <w:t xml:space="preserve">                        "height": 720,</w:t>
        <w:br/>
        <w:t xml:space="preserve">                        "width": 1280,</w:t>
        <w:br/>
        <w:t xml:space="preserve">                        "status": "normal"</w:t>
        <w:br/>
        <w:t xml:space="preserve">                    },</w:t>
        <w:br/>
        <w:t xml:space="preserve">                    {</w:t>
        <w:br/>
        <w:t xml:space="preserve">                        "playUrl": null,</w:t>
        <w:br/>
        <w:t xml:space="preserve">                        "definition": "HD",</w:t>
        <w:br/>
        <w:t xml:space="preserve">                        "bitrate": 1404,</w:t>
        <w:br/>
        <w:t xml:space="preserve">                        "duration": 78.0,</w:t>
        <w:br/>
        <w:t xml:space="preserve">                        "encrypt": true,</w:t>
        <w:br/>
        <w:t xml:space="preserve">                        "format": "pdx",</w:t>
        <w:br/>
        <w:t xml:space="preserve">                        "fps": 29,</w:t>
        <w:br/>
        <w:t xml:space="preserve">                        "height": 720,</w:t>
        <w:br/>
        <w:t xml:space="preserve">                        "width": 1280,</w:t>
        <w:br/>
        <w:t xml:space="preserve">                        "status": "normal"</w:t>
        <w:br/>
        <w:t xml:space="preserve">                    },</w:t>
        <w:br/>
        <w:t xml:space="preserve">                    {</w:t>
        <w:br/>
        <w:t xml:space="preserve">                        "playUrl": "https://hls.videocc.net/a2dc4f2517/e/a2dc4xxxxxxxf1362065bd0d3732a30e_3.m3u8",</w:t>
        <w:br/>
        <w:t xml:space="preserve">                        "definition": "HD",</w:t>
        <w:br/>
        <w:t xml:space="preserve">                        "bitrate": 1404,</w:t>
        <w:br/>
        <w:t xml:space="preserve">                        "duration": 78.0,</w:t>
        <w:br/>
        <w:t xml:space="preserve">                        "encrypt": true,</w:t>
        <w:br/>
        <w:t xml:space="preserve">                        "format": "hls",</w:t>
        <w:br/>
        <w:t xml:space="preserve">                        "fps": 29,</w:t>
        <w:br/>
        <w:t xml:space="preserve">                        "height": 720,</w:t>
        <w:br/>
        <w:t xml:space="preserve">                        "width": 1280,</w:t>
        <w:br/>
        <w:t xml:space="preserve">                        "status": "normal"</w:t>
        <w:br/>
        <w:t xml:space="preserve">                    }</w:t>
        <w:br/>
        <w:t xml:space="preserve">                ],</w:t>
        <w:br/>
        <w:t xml:space="preserve">                "snapshotInfo": {</w:t>
        <w:br/>
        <w:t xml:space="preserve">                    "imageUrl": [</w:t>
        <w:br/>
        <w:t xml:space="preserve">                        "https://img.videocc.net/uimage/a/a2dc4f2517/e/a2dc4xxxxxxxf1362065bd0d3732a30e_0.jpg",</w:t>
        <w:br/>
        <w:t xml:space="preserve">                        "https://img.videocc.net/uimage/a/a2dc4f2517/e/a2dc4xxxxxxxf1362065bd0d3732a30e_1.jpg",</w:t>
        <w:br/>
        <w:t xml:space="preserve">                        "https://img.videocc.net/uimage/a/a2dc4f2517/e/a2dc4f25173df1362065bd0d3732a30e_2.jpg",</w:t>
        <w:br/>
        <w:t xml:space="preserve">                        "https://img.videocc.net/uimage/a/a2dc4f2517/e/a2dc4xxxxxxxf1362065bd0d3732a30e_3.jpg",</w:t>
        <w:br/>
        <w:t xml:space="preserve">                        "https://img.videocc.net/uimage/a/a2dc4f2517/e/a2dc4xxxxxxxf1362065bd0d3732a30e_4.jpg",</w:t>
        <w:br/>
        <w:t xml:space="preserve">                        "https://img.videocc.net/uimage/a/a2dc4f2517/e/a2dc4xxxxxxxf1362065bd0d3732a30e_5.jpg"</w:t>
        <w:br/>
        <w:t xml:space="preserve">                    ]</w:t>
        <w:br/>
        <w:t xml:space="preserve">                }</w:t>
        <w:br/>
        <w:t xml:space="preserve">            }</w:t>
        <w:br/>
        <w:t xml:space="preserve">        ],</w:t>
        <w:br/>
        <w:t xml:space="preserve">        "totalItems": 13</w:t>
        <w:br/>
        <w:t xml:space="preserve">    }</w:t>
        <w:br/>
        <w:t>}</w:t>
      </w:r>
    </w:p>
    <w:p>
      <w:pPr>
        <w:pStyle w:val="Heading2"/>
      </w:pPr>
      <w:r>
        <w:t>返回错误json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签名不正确</w:t>
        <w:br/>
        <w:t>{</w:t>
        <w:br/>
        <w:t>"code":400,</w:t>
        <w:br/>
        <w:t>"status":"error",</w:t>
        <w:br/>
        <w:t>"message":"the sign is not right",</w:t>
        <w:br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时间戳过期</w:t>
        <w:br/>
        <w:t>{</w:t>
        <w:br/>
        <w:t>"code":400,</w:t>
        <w:br/>
        <w:t>"status":"error",</w:t>
        <w:br/>
        <w:t>"message":"ptime is too old.",</w:t>
        <w:br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内部错误，或传了非法参数，程序转换异常</w:t>
        <w:br/>
        <w:t>{</w:t>
        <w:br/>
        <w:t xml:space="preserve">    "code": 500,</w:t>
        <w:br/>
        <w:t xml:space="preserve">    "status": "fail",</w:t>
        <w:br/>
        <w:t xml:space="preserve">    "message": "undefined error",</w:t>
        <w:br/>
        <w:t xml:space="preserve">    "data": null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响应http状态码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data.pageSize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data.totalItems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结果列表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basicInfo.title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basicInfo.description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basicInfo.duration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源视频时长，单位：秒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basicInfo.coverURL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首图地址，大图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basicInfo.creationTime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basicInfo.updateTime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basicInfo.size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源文件大小，单位：Bytes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basicInfo.status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basicInfo.cateId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分类id, 如1为根目录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basicInfo.cateName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basicInfo.tags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basicInfo.uploader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basicInfo.playTimes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视频播放次数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transcodeInfos.playUrl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transcodeInfos.definition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清晰度，SOURCE:原清晰度,LD:普清,SD:标清,HD:高清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transcodeInfos.duration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时长，秒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transcodeInfos.encrypt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加密视频为true，非加密为false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transcodeInfos.format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转码格式，如mp4、flv、pdx、hls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transcodeInfos.fps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视频帧率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transcodeInfos.bitrate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码率kbps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transcodeInfos.height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分辨率高，单位：px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transcodeInfos.width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分辨率宽，单位：px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transcodeInfos.status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视频状态, normal:可以正常播放,unavailable:不能正常播放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metaData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源文件大小，单位：Bytes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metaData.size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源文件大小，单位：Bytes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metaData.format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视频容器类型，如mp4、flv等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metaData.duration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源视频时长，单位：秒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metaData.bitrate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视频码率，单位：bps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metaData.fps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视频帧率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metaData.height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分辨率高，单位：px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metaData.width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分辨率宽，单位：px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metaData.codec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编码格式，如h264、h265等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snapshotInfo.imageUrl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截图url数组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视频状态码status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60/61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已发布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等待编码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正在编码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等待审核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审核不通过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已删除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@Test</w:t>
        <w:br/>
        <w:t xml:space="preserve">    public void testSearchVideos() throws Exception {</w:t>
        <w:br/>
        <w:t xml:space="preserve">        String url = "http://api.polyv.net/v2/video/search-videos";</w:t>
        <w:br/>
        <w:t xml:space="preserve">        long cateId = 1L;</w:t>
        <w:br/>
        <w:t xml:space="preserve">        boolean containSubCate = true;</w:t>
        <w:br/>
        <w:t xml:space="preserve">        String filters = "basicInfo,metaData,transcodeInfo,snapshotInfo";</w:t>
        <w:br/>
        <w:t xml:space="preserve">        Map&lt;String, String&gt; params = new HashMap&lt;&gt;();</w:t>
        <w:br/>
        <w:t xml:space="preserve">        params.put("userid", userid);</w:t>
        <w:br/>
        <w:t xml:space="preserve">        params.put("filters", filters);</w:t>
        <w:br/>
        <w:t xml:space="preserve">        params.put("containSubCate", String.valueOf(containSubCate));</w:t>
        <w:br/>
        <w:t xml:space="preserve">        params.put("cateId", String.valueOf(cateId));</w:t>
        <w:br/>
        <w:t xml:space="preserve">        params.put("ptime", String.valueOf(System.currentTimeMillis()));</w:t>
        <w:br/>
        <w:t xml:space="preserve">        params.put("sign", getSign(params, secretkey));</w:t>
        <w:br/>
        <w:t xml:space="preserve">        String response = HttpClientUtil.getInstance().sendHttpGet(url + "?" + PolyvTool.mapJoinNotEncode(params));</w:t>
        <w:br/>
        <w:t xml:space="preserve">        System.out.println(response);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搜索视频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