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设置频道的第三方推流开关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https://api.polyv.net/live/v3/channel/set-thirdpush-enabled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1、接口用于设置频道的第三方推流开关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thirdPushEnabled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开关值，Y或N，Y表示开启，N表示关闭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"success"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修改成功过时为success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'/srv/http/config.php';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'206204',</w:t>
        <w:br/>
        <w:t xml:space="preserve">  'thirdPushEnabled' =&gt; 'Y'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"http://api.polyv.net/live/v3/channel/set-thirdpush-enabled?".http_build_query($params);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设置频道的第三方推流开关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