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报名观看数据查询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https://api.polyv.net/live/v3/channel/enroll/list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1、接口用于查询频道报名观看数据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GET、POST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"list": [</w:t>
        <w:br/>
        <w:t xml:space="preserve">            {</w:t>
        <w:br/>
        <w:t xml:space="preserve">                "viewerId": "1617162437311",</w:t>
        <w:br/>
        <w:t xml:space="preserve">                "mobile": "15814534111",</w:t>
        <w:br/>
        <w:t xml:space="preserve">                "createTime": 1617162473000,</w:t>
        <w:br/>
        <w:t xml:space="preserve">                "hasWatched": "Y",</w:t>
        <w:br/>
        <w:t xml:space="preserve">                "promoteId": "ppp",</w:t>
        <w:br/>
        <w:t xml:space="preserve">                "fields": [</w:t>
        <w:br/>
        <w:t xml:space="preserve">                    {</w:t>
        <w:br/>
        <w:t xml:space="preserve">                        "name": "手机号码",</w:t>
        <w:br/>
        <w:t xml:space="preserve">                        "value": "15814534111"</w:t>
        <w:br/>
        <w:t xml:space="preserve">                    },</w:t>
        <w:br/>
        <w:t xml:space="preserve">                    {</w:t>
        <w:br/>
        <w:t xml:space="preserve">                        "name": "隐私声明",</w:t>
        <w:br/>
        <w:t xml:space="preserve">                        "value": "√"</w:t>
        <w:br/>
        <w:t xml:space="preserve">                    },</w:t>
        <w:br/>
        <w:t xml:space="preserve">                    {</w:t>
        <w:br/>
        <w:t xml:space="preserve">                        "name": "文本1",</w:t>
        <w:br/>
        <w:t xml:space="preserve">                        "value": ""</w:t>
        <w:br/>
        <w:t xml:space="preserve">                    },</w:t>
        <w:br/>
        <w:t xml:space="preserve">                    {</w:t>
        <w:br/>
        <w:t xml:space="preserve">                        "name": "地域",</w:t>
        <w:br/>
        <w:t xml:space="preserve">                        "value": "广东省/广州市/黄埔区"</w:t>
        <w:br/>
        <w:t xml:space="preserve">                    },</w:t>
        <w:br/>
        <w:t xml:space="preserve">                    {</w:t>
        <w:br/>
        <w:t xml:space="preserve">                        "name": "自定义选项",</w:t>
        <w:br/>
        <w:t xml:space="preserve">                        "value": "选项B"</w:t>
        <w:br/>
        <w:t xml:space="preserve">                    },</w:t>
        <w:br/>
        <w:t xml:space="preserve">                    {</w:t>
        <w:br/>
        <w:t xml:space="preserve">                        "name": "邮箱",</w:t>
        <w:br/>
        <w:t xml:space="preserve">                        "value": "luoyuanbin@polyv.net"</w:t>
        <w:br/>
        <w:t xml:space="preserve">                    },</w:t>
        <w:br/>
        <w:t xml:space="preserve">                    {</w:t>
        <w:br/>
        <w:t xml:space="preserve">                        "name": "姓名",</w:t>
        <w:br/>
        <w:t xml:space="preserve">                        "value": "luo"</w:t>
        <w:br/>
        <w:t xml:space="preserve">                    },</w:t>
        <w:br/>
        <w:t xml:space="preserve">                    {</w:t>
        <w:br/>
        <w:t xml:space="preserve">                        "name": "自定义填空题",</w:t>
        <w:br/>
        <w:t xml:space="preserve">                        "value": "tk"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data.list.viewerId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data.list.createTime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报名时间,时间戳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data.list.hasWatched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是否已观看 Y是、N否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data.list.promoteId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推广渠道ID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data.list.fields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data.list.fields.name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data.list.fields.value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"https://api.polyv.net/live/v3/channel/enroll/list";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tab/>
        <w:tab/>
        <w:t>int channelId = 123;</w:t>
        <w:br/>
        <w:t xml:space="preserve">        Map&lt;String, String&gt; params = new HashMap&lt;&gt;();</w:t>
        <w:br/>
        <w:t xml:space="preserve">        params.put("channelId", String.valueOf(channelId));</w:t>
        <w:br/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报名观看数据查询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