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分页获取问答的详细列表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https://api.polyv.net/live/v3/channel/consultation/detail-list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1、分页获取问答的详细列表</w:t>
        <w:br/>
        <w:t>2、支持分页</w:t>
        <w:br/>
        <w:t>3、接口支持https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查询的直播时间范围的开始时间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查询的直播时间范围的结束时间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当前页，默认1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每一页数据大小，默认10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"pageSize":5,</w:t>
        <w:br/>
        <w:t xml:space="preserve">        "pageNumber":1,</w:t>
        <w:br/>
        <w:t xml:space="preserve">        "totalItems":23,</w:t>
        <w:br/>
        <w:t xml:space="preserve">        "contents":[</w:t>
        <w:br/>
        <w:t xml:space="preserve">            {</w:t>
        <w:br/>
        <w:t xml:space="preserve">                "askTime":"2021-03-15 14:36",</w:t>
        <w:br/>
        <w:t xml:space="preserve">                "nick":"啊啊啊啊",</w:t>
        <w:br/>
        <w:t xml:space="preserve">                "viewerId":"1615773668801",</w:t>
        <w:br/>
        <w:t xml:space="preserve">                "sessionId":"fwqzqpj6sf",</w:t>
        <w:br/>
        <w:t xml:space="preserve">                "content":"开导开导看",</w:t>
        <w:br/>
        <w:t xml:space="preserve">                "status":"未处理",</w:t>
        <w:br/>
        <w:t xml:space="preserve">                "reply":null</w:t>
        <w:br/>
        <w:t xml:space="preserve">            },</w:t>
        <w:br/>
        <w:t xml:space="preserve">            {</w:t>
        <w:br/>
        <w:t xml:space="preserve">                "askTime":"2021-03-15 14:36",</w:t>
        <w:br/>
        <w:t xml:space="preserve">                "nick":"啊啊啊啊",</w:t>
        <w:br/>
        <w:t xml:space="preserve">                "viewerId":"1615773668801",</w:t>
        <w:br/>
        <w:t xml:space="preserve">                "sessionId":"fwqzqpj6sf",</w:t>
        <w:br/>
        <w:t xml:space="preserve">                "content":"大大方方",</w:t>
        <w:br/>
        <w:t xml:space="preserve">                "status":"未处理",</w:t>
        <w:br/>
        <w:t xml:space="preserve">                "reply":null</w:t>
        <w:br/>
        <w:t xml:space="preserve">            },</w:t>
        <w:br/>
        <w:t xml:space="preserve">            {</w:t>
        <w:br/>
        <w:t xml:space="preserve">                "askTime":"2021-03-15 14:36",</w:t>
        <w:br/>
        <w:t xml:space="preserve">                "nick":"啊啊啊啊",</w:t>
        <w:br/>
        <w:t xml:space="preserve">                "viewerId":"1615773668801",</w:t>
        <w:br/>
        <w:t xml:space="preserve">                "sessionId":"fwqzqpj6sf",</w:t>
        <w:br/>
        <w:t xml:space="preserve">                "content":"少时诵诗书",</w:t>
        <w:br/>
        <w:t xml:space="preserve">                "status":"未处理",</w:t>
        <w:br/>
        <w:t xml:space="preserve">                "reply":null</w:t>
        <w:br/>
        <w:t xml:space="preserve">            },</w:t>
        <w:br/>
        <w:t xml:space="preserve">            {</w:t>
        <w:br/>
        <w:t xml:space="preserve">                "askTime":"2021-03-15 14:36",</w:t>
        <w:br/>
        <w:t xml:space="preserve">                "nick":"啊啊啊啊",</w:t>
        <w:br/>
        <w:t xml:space="preserve">                "viewerId":"1615773668801",</w:t>
        <w:br/>
        <w:t xml:space="preserve">                "sessionId":"fwqzqpj6sf",</w:t>
        <w:br/>
        <w:t xml:space="preserve">                "content":"1111111",</w:t>
        <w:br/>
        <w:t xml:space="preserve">                "status":"未处理",</w:t>
        <w:br/>
        <w:t xml:space="preserve">                "reply":null</w:t>
        <w:br/>
        <w:t xml:space="preserve">            },</w:t>
        <w:br/>
        <w:t xml:space="preserve">            {</w:t>
        <w:br/>
        <w:t xml:space="preserve">                "askTime":"2021-03-15 14:36",</w:t>
        <w:br/>
        <w:t xml:space="preserve">                "nick":"啊啊啊啊",</w:t>
        <w:br/>
        <w:t xml:space="preserve">                "viewerId":"1615773668801",</w:t>
        <w:br/>
        <w:t xml:space="preserve">                "sessionId":"fwqzqpj6sf",</w:t>
        <w:br/>
        <w:t xml:space="preserve">                "content":"2222222",</w:t>
        <w:br/>
        <w:t xml:space="preserve">                "status":"未处理",</w:t>
        <w:br/>
        <w:t xml:space="preserve">                "reply":null</w:t>
        <w:br/>
        <w:t xml:space="preserve">            }</w:t>
        <w:br/>
        <w:t xml:space="preserve">        ],</w:t>
        <w:br/>
        <w:t xml:space="preserve">        "startRow":1,</w:t>
        <w:br/>
        <w:t xml:space="preserve">        "firstPage":true,</w:t>
        <w:br/>
        <w:t xml:space="preserve">        "lastPage":false,</w:t>
        <w:br/>
        <w:t xml:space="preserve">        "prePageNumber":1,</w:t>
        <w:br/>
        <w:t xml:space="preserve">        "limit":5,</w:t>
        <w:br/>
        <w:t xml:space="preserve">        "totalPages":5,</w:t>
        <w:br/>
        <w:t xml:space="preserve">        "nextPageNumber":2,</w:t>
        <w:br/>
        <w:t xml:space="preserve">        "endRow":5,</w:t>
        <w:br/>
        <w:t xml:space="preserve">        "offset":0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1779742",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is not digit: size",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askTime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提问的时间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所属的直播场次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提问的内容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问答的状态，比如：未处理 已回复等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reply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问题的答复内容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当前页最后一个数量的位置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每页数量大小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"https://api.polyv.net/live/v3/channel/consultation/detail-list";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ab/>
        <w:tab/>
        <w:t>params.put("page", "1");</w:t>
        <w:br/>
        <w:tab/>
        <w:tab/>
        <w:t>params.put("size", "10");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###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分页获取问答的详细列表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